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5949"/>
        <w:gridCol w:w="1701"/>
        <w:gridCol w:w="1843"/>
        <w:gridCol w:w="1842"/>
      </w:tblGrid>
      <w:tr w:rsidR="00814646" w14:paraId="43AC1BC9" w14:textId="77777777" w:rsidTr="00F76694">
        <w:trPr>
          <w:tblHeader/>
          <w:jc w:val="center"/>
        </w:trPr>
        <w:tc>
          <w:tcPr>
            <w:tcW w:w="5949" w:type="dxa"/>
            <w:vAlign w:val="center"/>
          </w:tcPr>
          <w:p w14:paraId="03B38689" w14:textId="77777777" w:rsidR="00814646" w:rsidRPr="006A6894" w:rsidRDefault="00E41B5F">
            <w:pPr>
              <w:jc w:val="center"/>
              <w:rPr>
                <w:rFonts w:hint="eastAsia"/>
                <w:sz w:val="20"/>
                <w:szCs w:val="20"/>
              </w:rPr>
            </w:pPr>
            <w:proofErr w:type="spellStart"/>
            <w:r w:rsidRPr="006A6894">
              <w:rPr>
                <w:b/>
                <w:sz w:val="20"/>
                <w:szCs w:val="20"/>
              </w:rPr>
              <w:t>Název</w:t>
            </w:r>
            <w:proofErr w:type="spellEnd"/>
            <w:r w:rsidRPr="006A689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A6894">
              <w:rPr>
                <w:b/>
                <w:sz w:val="20"/>
                <w:szCs w:val="20"/>
              </w:rPr>
              <w:t>kroužku</w:t>
            </w:r>
            <w:proofErr w:type="spellEnd"/>
            <w:r w:rsidRPr="006A6894">
              <w:rPr>
                <w:b/>
                <w:sz w:val="20"/>
                <w:szCs w:val="20"/>
              </w:rPr>
              <w:t xml:space="preserve"> a </w:t>
            </w:r>
            <w:proofErr w:type="spellStart"/>
            <w:r w:rsidRPr="006A6894">
              <w:rPr>
                <w:b/>
                <w:sz w:val="20"/>
                <w:szCs w:val="20"/>
              </w:rPr>
              <w:t>anotace</w:t>
            </w:r>
            <w:proofErr w:type="spellEnd"/>
          </w:p>
        </w:tc>
        <w:tc>
          <w:tcPr>
            <w:tcW w:w="1701" w:type="dxa"/>
            <w:vAlign w:val="center"/>
          </w:tcPr>
          <w:p w14:paraId="193CF2D7" w14:textId="77777777" w:rsidR="00814646" w:rsidRPr="006A6894" w:rsidRDefault="00E41B5F">
            <w:pPr>
              <w:jc w:val="center"/>
              <w:rPr>
                <w:rFonts w:hint="eastAsia"/>
                <w:sz w:val="20"/>
                <w:szCs w:val="20"/>
              </w:rPr>
            </w:pPr>
            <w:r w:rsidRPr="006A6894">
              <w:rPr>
                <w:b/>
                <w:sz w:val="20"/>
                <w:szCs w:val="20"/>
              </w:rPr>
              <w:t xml:space="preserve">Pro </w:t>
            </w:r>
            <w:proofErr w:type="spellStart"/>
            <w:r w:rsidRPr="006A6894">
              <w:rPr>
                <w:b/>
                <w:sz w:val="20"/>
                <w:szCs w:val="20"/>
              </w:rPr>
              <w:t>jaký</w:t>
            </w:r>
            <w:proofErr w:type="spellEnd"/>
            <w:r w:rsidRPr="006A689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A6894">
              <w:rPr>
                <w:b/>
                <w:sz w:val="20"/>
                <w:szCs w:val="20"/>
              </w:rPr>
              <w:t>ročník</w:t>
            </w:r>
            <w:proofErr w:type="spellEnd"/>
          </w:p>
        </w:tc>
        <w:tc>
          <w:tcPr>
            <w:tcW w:w="1843" w:type="dxa"/>
            <w:vAlign w:val="center"/>
          </w:tcPr>
          <w:p w14:paraId="523CD701" w14:textId="77777777" w:rsidR="00814646" w:rsidRPr="006A6894" w:rsidRDefault="00E41B5F">
            <w:pPr>
              <w:jc w:val="center"/>
              <w:rPr>
                <w:rFonts w:hint="eastAsia"/>
                <w:sz w:val="20"/>
                <w:szCs w:val="20"/>
              </w:rPr>
            </w:pPr>
            <w:r w:rsidRPr="006A6894">
              <w:rPr>
                <w:b/>
                <w:sz w:val="20"/>
                <w:szCs w:val="20"/>
              </w:rPr>
              <w:t xml:space="preserve">Den a </w:t>
            </w:r>
            <w:proofErr w:type="spellStart"/>
            <w:r w:rsidRPr="006A6894">
              <w:rPr>
                <w:b/>
                <w:sz w:val="20"/>
                <w:szCs w:val="20"/>
              </w:rPr>
              <w:t>čas</w:t>
            </w:r>
            <w:proofErr w:type="spellEnd"/>
          </w:p>
        </w:tc>
        <w:tc>
          <w:tcPr>
            <w:tcW w:w="1842" w:type="dxa"/>
            <w:vAlign w:val="center"/>
          </w:tcPr>
          <w:p w14:paraId="03112459" w14:textId="77777777" w:rsidR="00814646" w:rsidRPr="006A6894" w:rsidRDefault="00E41B5F">
            <w:pPr>
              <w:jc w:val="center"/>
              <w:rPr>
                <w:rFonts w:hint="eastAsia"/>
                <w:sz w:val="20"/>
                <w:szCs w:val="20"/>
              </w:rPr>
            </w:pPr>
            <w:proofErr w:type="spellStart"/>
            <w:r w:rsidRPr="006A6894">
              <w:rPr>
                <w:b/>
                <w:sz w:val="20"/>
                <w:szCs w:val="20"/>
              </w:rPr>
              <w:t>Vedoucí</w:t>
            </w:r>
            <w:proofErr w:type="spellEnd"/>
            <w:r w:rsidRPr="006A689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A6894">
              <w:rPr>
                <w:b/>
                <w:sz w:val="20"/>
                <w:szCs w:val="20"/>
              </w:rPr>
              <w:t>kroužku</w:t>
            </w:r>
            <w:proofErr w:type="spellEnd"/>
          </w:p>
        </w:tc>
      </w:tr>
      <w:tr w:rsidR="00814646" w:rsidRPr="00E41B5F" w14:paraId="08172393" w14:textId="77777777" w:rsidTr="00F76694">
        <w:trPr>
          <w:jc w:val="center"/>
        </w:trPr>
        <w:tc>
          <w:tcPr>
            <w:tcW w:w="5949" w:type="dxa"/>
          </w:tcPr>
          <w:p w14:paraId="3CB2C35E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Angličtina</w:t>
            </w:r>
            <w:proofErr w:type="spellEnd"/>
            <w:r w:rsidRPr="00E41B5F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hrou</w:t>
            </w:r>
            <w:proofErr w:type="spellEnd"/>
          </w:p>
          <w:p w14:paraId="30FDB35C" w14:textId="74C11E31" w:rsidR="00814646" w:rsidRPr="00E41B5F" w:rsidRDefault="00E41B5F">
            <w:pPr>
              <w:spacing w:before="40"/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V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kroužku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se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děti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zábavnou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formou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seznámí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se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základy</w:t>
            </w:r>
            <w:proofErr w:type="spellEnd"/>
            <w:r w:rsidR="006A6894">
              <w:rPr>
                <w:rFonts w:ascii="Times New Roman" w:hAnsi="Times New Roman" w:cs="Times New Roman"/>
                <w:sz w:val="22"/>
              </w:rPr>
              <w:t xml:space="preserve"> AJ.</w:t>
            </w:r>
          </w:p>
        </w:tc>
        <w:tc>
          <w:tcPr>
            <w:tcW w:w="1701" w:type="dxa"/>
          </w:tcPr>
          <w:p w14:paraId="0FD68B78" w14:textId="52E2A81D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>1.</w:t>
            </w:r>
            <w:r w:rsidR="00D6433E">
              <w:rPr>
                <w:rFonts w:ascii="Times New Roman" w:hAnsi="Times New Roman" w:cs="Times New Roman"/>
                <w:sz w:val="22"/>
              </w:rPr>
              <w:t xml:space="preserve">- </w:t>
            </w:r>
            <w:r w:rsidRPr="00E41B5F">
              <w:rPr>
                <w:rFonts w:ascii="Times New Roman" w:hAnsi="Times New Roman" w:cs="Times New Roman"/>
                <w:sz w:val="22"/>
              </w:rPr>
              <w:t xml:space="preserve">2.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ročník</w:t>
            </w:r>
            <w:proofErr w:type="spellEnd"/>
          </w:p>
        </w:tc>
        <w:tc>
          <w:tcPr>
            <w:tcW w:w="1843" w:type="dxa"/>
          </w:tcPr>
          <w:p w14:paraId="34B1332A" w14:textId="23B5BA62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úterý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, 13</w:t>
            </w:r>
            <w:r w:rsidR="00D6433E">
              <w:rPr>
                <w:rFonts w:ascii="Times New Roman" w:hAnsi="Times New Roman" w:cs="Times New Roman"/>
                <w:sz w:val="22"/>
              </w:rPr>
              <w:t xml:space="preserve"> - 14</w:t>
            </w:r>
          </w:p>
        </w:tc>
        <w:tc>
          <w:tcPr>
            <w:tcW w:w="1842" w:type="dxa"/>
          </w:tcPr>
          <w:p w14:paraId="0D04B16C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I.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Molnárová</w:t>
            </w:r>
            <w:proofErr w:type="spellEnd"/>
          </w:p>
        </w:tc>
      </w:tr>
      <w:tr w:rsidR="00814646" w:rsidRPr="00E41B5F" w14:paraId="3E934833" w14:textId="77777777" w:rsidTr="00F76694">
        <w:trPr>
          <w:jc w:val="center"/>
        </w:trPr>
        <w:tc>
          <w:tcPr>
            <w:tcW w:w="5949" w:type="dxa"/>
          </w:tcPr>
          <w:p w14:paraId="7ABC7FBD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Aranžování</w:t>
            </w:r>
            <w:proofErr w:type="spellEnd"/>
            <w:r w:rsidRPr="00E41B5F">
              <w:rPr>
                <w:rFonts w:ascii="Times New Roman" w:hAnsi="Times New Roman" w:cs="Times New Roman"/>
                <w:b/>
                <w:sz w:val="22"/>
              </w:rPr>
              <w:t xml:space="preserve"> a </w:t>
            </w: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vazba</w:t>
            </w:r>
            <w:proofErr w:type="spellEnd"/>
            <w:r w:rsidRPr="00E41B5F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květin</w:t>
            </w:r>
            <w:proofErr w:type="spellEnd"/>
          </w:p>
          <w:p w14:paraId="2C7D5E7D" w14:textId="77777777" w:rsidR="00814646" w:rsidRPr="00E41B5F" w:rsidRDefault="00E41B5F">
            <w:pPr>
              <w:spacing w:before="4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Naučíte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se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aranžovat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květiny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k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určitým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příležitostem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poznávání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rostlin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a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jejich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využití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701" w:type="dxa"/>
          </w:tcPr>
          <w:p w14:paraId="609E9961" w14:textId="2904EE7F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>5.</w:t>
            </w:r>
            <w:r w:rsidR="00D6433E">
              <w:rPr>
                <w:rFonts w:ascii="Times New Roman" w:hAnsi="Times New Roman" w:cs="Times New Roman"/>
                <w:sz w:val="22"/>
              </w:rPr>
              <w:t xml:space="preserve">- </w:t>
            </w:r>
            <w:r w:rsidRPr="00E41B5F">
              <w:rPr>
                <w:rFonts w:ascii="Times New Roman" w:hAnsi="Times New Roman" w:cs="Times New Roman"/>
                <w:sz w:val="22"/>
              </w:rPr>
              <w:t xml:space="preserve">9.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ročník</w:t>
            </w:r>
            <w:proofErr w:type="spellEnd"/>
          </w:p>
        </w:tc>
        <w:tc>
          <w:tcPr>
            <w:tcW w:w="1843" w:type="dxa"/>
          </w:tcPr>
          <w:p w14:paraId="3F6F1261" w14:textId="2E69A089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pondělí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, 14</w:t>
            </w:r>
            <w:r w:rsidR="00D6433E">
              <w:rPr>
                <w:rFonts w:ascii="Times New Roman" w:hAnsi="Times New Roman" w:cs="Times New Roman"/>
                <w:sz w:val="22"/>
              </w:rPr>
              <w:t xml:space="preserve"> - 15</w:t>
            </w:r>
          </w:p>
        </w:tc>
        <w:tc>
          <w:tcPr>
            <w:tcW w:w="1842" w:type="dxa"/>
          </w:tcPr>
          <w:p w14:paraId="2320DB8C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M.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Hubíková</w:t>
            </w:r>
            <w:proofErr w:type="spellEnd"/>
          </w:p>
        </w:tc>
      </w:tr>
      <w:tr w:rsidR="00814646" w:rsidRPr="00E41B5F" w14:paraId="0678BC0B" w14:textId="77777777" w:rsidTr="00F76694">
        <w:trPr>
          <w:jc w:val="center"/>
        </w:trPr>
        <w:tc>
          <w:tcPr>
            <w:tcW w:w="5949" w:type="dxa"/>
          </w:tcPr>
          <w:p w14:paraId="3345AB2A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Atletika</w:t>
            </w:r>
            <w:proofErr w:type="spellEnd"/>
          </w:p>
          <w:p w14:paraId="12C42D8C" w14:textId="5155820B" w:rsidR="00814646" w:rsidRPr="00E41B5F" w:rsidRDefault="00E41B5F">
            <w:pPr>
              <w:spacing w:before="4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Kroužek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je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zaměřen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na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rozvoj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základních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pohybových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dovedností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prostřednictvím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her a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jednoduchých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cvičení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vycházejících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z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atletiky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701" w:type="dxa"/>
          </w:tcPr>
          <w:p w14:paraId="0B140BAF" w14:textId="5AAAAA52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>2.</w:t>
            </w:r>
            <w:r w:rsidR="00D6433E">
              <w:rPr>
                <w:rFonts w:ascii="Times New Roman" w:hAnsi="Times New Roman" w:cs="Times New Roman"/>
                <w:sz w:val="22"/>
              </w:rPr>
              <w:t xml:space="preserve"> - </w:t>
            </w:r>
            <w:r w:rsidRPr="00E41B5F">
              <w:rPr>
                <w:rFonts w:ascii="Times New Roman" w:hAnsi="Times New Roman" w:cs="Times New Roman"/>
                <w:sz w:val="22"/>
              </w:rPr>
              <w:t xml:space="preserve">5.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ročník</w:t>
            </w:r>
            <w:proofErr w:type="spellEnd"/>
          </w:p>
        </w:tc>
        <w:tc>
          <w:tcPr>
            <w:tcW w:w="1843" w:type="dxa"/>
          </w:tcPr>
          <w:p w14:paraId="1B10F86A" w14:textId="46578BA3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čtvrtek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, 14</w:t>
            </w:r>
            <w:r w:rsidR="00D6433E">
              <w:rPr>
                <w:rFonts w:ascii="Times New Roman" w:hAnsi="Times New Roman" w:cs="Times New Roman"/>
                <w:sz w:val="22"/>
              </w:rPr>
              <w:t xml:space="preserve"> - 15</w:t>
            </w:r>
          </w:p>
        </w:tc>
        <w:tc>
          <w:tcPr>
            <w:tcW w:w="1842" w:type="dxa"/>
          </w:tcPr>
          <w:p w14:paraId="7516CB0E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D.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Mahdalů</w:t>
            </w:r>
            <w:proofErr w:type="spellEnd"/>
          </w:p>
        </w:tc>
      </w:tr>
      <w:tr w:rsidR="00814646" w:rsidRPr="00E41B5F" w14:paraId="230BD30F" w14:textId="77777777" w:rsidTr="00F76694">
        <w:trPr>
          <w:jc w:val="center"/>
        </w:trPr>
        <w:tc>
          <w:tcPr>
            <w:tcW w:w="5949" w:type="dxa"/>
          </w:tcPr>
          <w:p w14:paraId="617E6BF4" w14:textId="77777777" w:rsidR="00D6433E" w:rsidRDefault="00E41B5F" w:rsidP="00D6433E">
            <w:pPr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Čtenářský</w:t>
            </w:r>
            <w:proofErr w:type="spellEnd"/>
            <w:r w:rsidRPr="00E41B5F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klub</w:t>
            </w:r>
            <w:proofErr w:type="spellEnd"/>
            <w:r w:rsidRPr="00E41B5F">
              <w:rPr>
                <w:rFonts w:ascii="Times New Roman" w:hAnsi="Times New Roman" w:cs="Times New Roman"/>
                <w:b/>
                <w:sz w:val="22"/>
              </w:rPr>
              <w:t xml:space="preserve"> pro </w:t>
            </w: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žáky</w:t>
            </w:r>
            <w:proofErr w:type="spellEnd"/>
          </w:p>
          <w:p w14:paraId="0DEECFF1" w14:textId="1C6B9BF8" w:rsidR="00814646" w:rsidRPr="00E41B5F" w:rsidRDefault="00E41B5F" w:rsidP="00D6433E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Kroužek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je pro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děti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které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mají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rády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knížky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Pokud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chceš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o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knížkách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povídat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sdílet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své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zážitky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rád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kreslíš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tvoříš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vymýšlíš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své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příběhy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zastav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se za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námi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ve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školní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knihovně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kde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na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tebe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čeká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hromada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zajímavých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knih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701" w:type="dxa"/>
          </w:tcPr>
          <w:p w14:paraId="1DABFC63" w14:textId="1EC56B8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>2.</w:t>
            </w:r>
            <w:r w:rsidR="00D6433E">
              <w:rPr>
                <w:rFonts w:ascii="Times New Roman" w:hAnsi="Times New Roman" w:cs="Times New Roman"/>
                <w:sz w:val="22"/>
              </w:rPr>
              <w:t xml:space="preserve"> - </w:t>
            </w:r>
            <w:r w:rsidRPr="00E41B5F">
              <w:rPr>
                <w:rFonts w:ascii="Times New Roman" w:hAnsi="Times New Roman" w:cs="Times New Roman"/>
                <w:sz w:val="22"/>
              </w:rPr>
              <w:t xml:space="preserve">5.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ročník</w:t>
            </w:r>
            <w:proofErr w:type="spellEnd"/>
          </w:p>
        </w:tc>
        <w:tc>
          <w:tcPr>
            <w:tcW w:w="1843" w:type="dxa"/>
          </w:tcPr>
          <w:p w14:paraId="53861DCF" w14:textId="2EE5D157" w:rsidR="00D6433E" w:rsidRDefault="00F94A72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čtvrtek</w:t>
            </w:r>
            <w:proofErr w:type="spellEnd"/>
          </w:p>
          <w:p w14:paraId="69FE1F67" w14:textId="76100155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>13:30</w:t>
            </w:r>
            <w:r w:rsidR="00D6433E">
              <w:rPr>
                <w:rFonts w:ascii="Times New Roman" w:hAnsi="Times New Roman" w:cs="Times New Roman"/>
                <w:sz w:val="22"/>
              </w:rPr>
              <w:t xml:space="preserve"> - </w:t>
            </w:r>
            <w:r w:rsidRPr="00E41B5F">
              <w:rPr>
                <w:rFonts w:ascii="Times New Roman" w:hAnsi="Times New Roman" w:cs="Times New Roman"/>
                <w:sz w:val="22"/>
              </w:rPr>
              <w:t>14:30</w:t>
            </w:r>
          </w:p>
        </w:tc>
        <w:tc>
          <w:tcPr>
            <w:tcW w:w="1842" w:type="dxa"/>
          </w:tcPr>
          <w:p w14:paraId="5507B085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K.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Smutná</w:t>
            </w:r>
            <w:proofErr w:type="spellEnd"/>
          </w:p>
        </w:tc>
      </w:tr>
      <w:tr w:rsidR="00814646" w:rsidRPr="00E41B5F" w14:paraId="447FBB58" w14:textId="77777777" w:rsidTr="00F76694">
        <w:trPr>
          <w:jc w:val="center"/>
        </w:trPr>
        <w:tc>
          <w:tcPr>
            <w:tcW w:w="5949" w:type="dxa"/>
          </w:tcPr>
          <w:p w14:paraId="02DFD08B" w14:textId="77777777" w:rsidR="00D6433E" w:rsidRDefault="00E41B5F" w:rsidP="00D6433E">
            <w:pPr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Deskové</w:t>
            </w:r>
            <w:proofErr w:type="spellEnd"/>
            <w:r w:rsidRPr="00E41B5F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hry</w:t>
            </w:r>
            <w:proofErr w:type="spellEnd"/>
          </w:p>
          <w:p w14:paraId="53942B07" w14:textId="61F4AEB9" w:rsidR="00814646" w:rsidRPr="00E41B5F" w:rsidRDefault="00E41B5F" w:rsidP="00D6433E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Hraní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deskových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her.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Rozvoj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logického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a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abstraktního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myšlení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prostorové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představivosti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a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schopnosti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koncentrace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Kroužek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je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zdarma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701" w:type="dxa"/>
          </w:tcPr>
          <w:p w14:paraId="76438D2C" w14:textId="38A73D14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>3.</w:t>
            </w:r>
            <w:r w:rsidR="00D6433E">
              <w:rPr>
                <w:rFonts w:ascii="Times New Roman" w:hAnsi="Times New Roman" w:cs="Times New Roman"/>
                <w:sz w:val="22"/>
              </w:rPr>
              <w:t xml:space="preserve"> - </w:t>
            </w:r>
            <w:r w:rsidRPr="00E41B5F">
              <w:rPr>
                <w:rFonts w:ascii="Times New Roman" w:hAnsi="Times New Roman" w:cs="Times New Roman"/>
                <w:sz w:val="22"/>
              </w:rPr>
              <w:t xml:space="preserve">9.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ročník</w:t>
            </w:r>
            <w:proofErr w:type="spellEnd"/>
          </w:p>
        </w:tc>
        <w:tc>
          <w:tcPr>
            <w:tcW w:w="1843" w:type="dxa"/>
          </w:tcPr>
          <w:p w14:paraId="188BC4D4" w14:textId="64AA5AEF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čtvrtek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, 14</w:t>
            </w:r>
            <w:r w:rsidR="00D6433E">
              <w:rPr>
                <w:rFonts w:ascii="Times New Roman" w:hAnsi="Times New Roman" w:cs="Times New Roman"/>
                <w:sz w:val="22"/>
              </w:rPr>
              <w:t>-</w:t>
            </w:r>
            <w:r w:rsidRPr="00E41B5F">
              <w:rPr>
                <w:rFonts w:ascii="Times New Roman" w:hAnsi="Times New Roman" w:cs="Times New Roman"/>
                <w:sz w:val="22"/>
              </w:rPr>
              <w:t>15:30</w:t>
            </w:r>
          </w:p>
        </w:tc>
        <w:tc>
          <w:tcPr>
            <w:tcW w:w="1842" w:type="dxa"/>
          </w:tcPr>
          <w:p w14:paraId="450AA599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V.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Straková</w:t>
            </w:r>
            <w:proofErr w:type="spellEnd"/>
          </w:p>
        </w:tc>
      </w:tr>
      <w:tr w:rsidR="00814646" w:rsidRPr="00E41B5F" w14:paraId="426910D1" w14:textId="77777777" w:rsidTr="00F76694">
        <w:trPr>
          <w:jc w:val="center"/>
        </w:trPr>
        <w:tc>
          <w:tcPr>
            <w:tcW w:w="5949" w:type="dxa"/>
          </w:tcPr>
          <w:p w14:paraId="39AED7AA" w14:textId="77777777" w:rsidR="00AC52C8" w:rsidRDefault="00E41B5F" w:rsidP="00AC52C8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b/>
                <w:sz w:val="22"/>
              </w:rPr>
              <w:t>English with Songs</w:t>
            </w:r>
          </w:p>
          <w:p w14:paraId="6A923767" w14:textId="1D35F2C3" w:rsidR="00814646" w:rsidRPr="00E41B5F" w:rsidRDefault="00E41B5F" w:rsidP="00AC52C8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Poslech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písní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v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anglickém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jazyce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překlad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textu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do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češtiny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Konverzace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v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anglickém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jazyce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a v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případě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zájmu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zpěv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v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doprovodu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kytary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nebo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klavíru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701" w:type="dxa"/>
          </w:tcPr>
          <w:p w14:paraId="06646D9F" w14:textId="6CF5C216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>5.</w:t>
            </w:r>
            <w:r w:rsidR="00D6433E">
              <w:rPr>
                <w:rFonts w:ascii="Times New Roman" w:hAnsi="Times New Roman" w:cs="Times New Roman"/>
                <w:sz w:val="22"/>
              </w:rPr>
              <w:t xml:space="preserve"> - </w:t>
            </w:r>
            <w:r w:rsidRPr="00E41B5F">
              <w:rPr>
                <w:rFonts w:ascii="Times New Roman" w:hAnsi="Times New Roman" w:cs="Times New Roman"/>
                <w:sz w:val="22"/>
              </w:rPr>
              <w:t xml:space="preserve">9.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ročník</w:t>
            </w:r>
            <w:proofErr w:type="spellEnd"/>
          </w:p>
        </w:tc>
        <w:tc>
          <w:tcPr>
            <w:tcW w:w="1843" w:type="dxa"/>
          </w:tcPr>
          <w:p w14:paraId="55CE2242" w14:textId="619E8BFB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pondělí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, 14</w:t>
            </w:r>
            <w:r w:rsidR="00D6433E">
              <w:rPr>
                <w:rFonts w:ascii="Times New Roman" w:hAnsi="Times New Roman" w:cs="Times New Roman"/>
                <w:sz w:val="22"/>
              </w:rPr>
              <w:t xml:space="preserve"> - 15</w:t>
            </w:r>
          </w:p>
        </w:tc>
        <w:tc>
          <w:tcPr>
            <w:tcW w:w="1842" w:type="dxa"/>
          </w:tcPr>
          <w:p w14:paraId="60053257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>A. Napthine</w:t>
            </w:r>
          </w:p>
        </w:tc>
      </w:tr>
      <w:tr w:rsidR="00814646" w:rsidRPr="00E41B5F" w14:paraId="79E1BF53" w14:textId="77777777" w:rsidTr="00F76694">
        <w:trPr>
          <w:jc w:val="center"/>
        </w:trPr>
        <w:tc>
          <w:tcPr>
            <w:tcW w:w="5949" w:type="dxa"/>
          </w:tcPr>
          <w:p w14:paraId="53B6FA44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Flétna</w:t>
            </w:r>
            <w:proofErr w:type="spellEnd"/>
          </w:p>
          <w:p w14:paraId="2DABE277" w14:textId="77777777" w:rsidR="00814646" w:rsidRPr="00E41B5F" w:rsidRDefault="00E41B5F">
            <w:pPr>
              <w:spacing w:before="4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Žáci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se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naučí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základy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hry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na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flétnu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. Bude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potřeba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aby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děti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koupily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Hrátky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s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flétnou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a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měly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alespoň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průměrně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kvalitní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flétnu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(ne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zakoupenou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v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hračkářství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). S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výběrem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ráda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poradím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Při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hře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na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nástroj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se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očekává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minimálně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2×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týdně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domácí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příprava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701" w:type="dxa"/>
          </w:tcPr>
          <w:p w14:paraId="361BA7F4" w14:textId="506B663F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>2.</w:t>
            </w:r>
            <w:r w:rsidR="00D6433E">
              <w:rPr>
                <w:rFonts w:ascii="Times New Roman" w:hAnsi="Times New Roman" w:cs="Times New Roman"/>
                <w:sz w:val="22"/>
              </w:rPr>
              <w:t xml:space="preserve"> - </w:t>
            </w:r>
            <w:r w:rsidR="0066241A">
              <w:rPr>
                <w:rFonts w:ascii="Times New Roman" w:hAnsi="Times New Roman" w:cs="Times New Roman"/>
                <w:sz w:val="22"/>
              </w:rPr>
              <w:t>9</w:t>
            </w:r>
            <w:r w:rsidRPr="00E41B5F">
              <w:rPr>
                <w:rFonts w:ascii="Times New Roman" w:hAnsi="Times New Roman" w:cs="Times New Roman"/>
                <w:sz w:val="22"/>
              </w:rPr>
              <w:t xml:space="preserve">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ročník</w:t>
            </w:r>
            <w:proofErr w:type="spellEnd"/>
          </w:p>
        </w:tc>
        <w:tc>
          <w:tcPr>
            <w:tcW w:w="1843" w:type="dxa"/>
          </w:tcPr>
          <w:p w14:paraId="5E07025F" w14:textId="49AF0A33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středa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, 14</w:t>
            </w:r>
            <w:r w:rsidR="00D6433E">
              <w:rPr>
                <w:rFonts w:ascii="Times New Roman" w:hAnsi="Times New Roman" w:cs="Times New Roman"/>
                <w:sz w:val="22"/>
              </w:rPr>
              <w:t xml:space="preserve"> - 15</w:t>
            </w:r>
          </w:p>
        </w:tc>
        <w:tc>
          <w:tcPr>
            <w:tcW w:w="1842" w:type="dxa"/>
          </w:tcPr>
          <w:p w14:paraId="4DF2E255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V.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Straková</w:t>
            </w:r>
            <w:proofErr w:type="spellEnd"/>
          </w:p>
        </w:tc>
      </w:tr>
      <w:tr w:rsidR="000C7697" w:rsidRPr="00E41B5F" w14:paraId="4F9BF808" w14:textId="77777777" w:rsidTr="00F76694">
        <w:trPr>
          <w:jc w:val="center"/>
        </w:trPr>
        <w:tc>
          <w:tcPr>
            <w:tcW w:w="5949" w:type="dxa"/>
          </w:tcPr>
          <w:p w14:paraId="5C731FBF" w14:textId="77777777" w:rsidR="000C7697" w:rsidRDefault="000C7697">
            <w:pPr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</w:rPr>
              <w:t>Florbal</w:t>
            </w:r>
            <w:proofErr w:type="spellEnd"/>
          </w:p>
          <w:p w14:paraId="7A054B02" w14:textId="412B2156" w:rsidR="000C7697" w:rsidRPr="000C7697" w:rsidRDefault="000C7697">
            <w:pPr>
              <w:rPr>
                <w:rFonts w:ascii="Times New Roman" w:hAnsi="Times New Roman" w:cs="Times New Roman"/>
                <w:bCs/>
                <w:sz w:val="22"/>
                <w:lang w:val="cs-CZ"/>
              </w:rPr>
            </w:pPr>
            <w:r w:rsidRPr="000C7697">
              <w:rPr>
                <w:rFonts w:ascii="Times New Roman" w:hAnsi="Times New Roman" w:cs="Times New Roman"/>
                <w:bCs/>
                <w:sz w:val="22"/>
                <w:lang w:val="cs-CZ"/>
              </w:rPr>
              <w:t xml:space="preserve">Děti se hravou formou seznámí se základy florbalu, naučí se správně vést míček, přihrávat, střílet na branku. </w:t>
            </w:r>
          </w:p>
        </w:tc>
        <w:tc>
          <w:tcPr>
            <w:tcW w:w="1701" w:type="dxa"/>
          </w:tcPr>
          <w:p w14:paraId="381B8E7A" w14:textId="7FD3CE82" w:rsidR="000C7697" w:rsidRPr="00E41B5F" w:rsidRDefault="000C769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</w:t>
            </w:r>
            <w:r w:rsidR="006A6894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- 3.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ročník</w:t>
            </w:r>
            <w:proofErr w:type="spellEnd"/>
          </w:p>
        </w:tc>
        <w:tc>
          <w:tcPr>
            <w:tcW w:w="1843" w:type="dxa"/>
          </w:tcPr>
          <w:p w14:paraId="41293573" w14:textId="77777777" w:rsidR="000C7697" w:rsidRDefault="000C7697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středa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, </w:t>
            </w:r>
          </w:p>
          <w:p w14:paraId="1435B6D0" w14:textId="34EB47AB" w:rsidR="000C7697" w:rsidRPr="00E41B5F" w:rsidRDefault="000C769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13.30-14.30</w:t>
            </w:r>
          </w:p>
        </w:tc>
        <w:tc>
          <w:tcPr>
            <w:tcW w:w="1842" w:type="dxa"/>
          </w:tcPr>
          <w:p w14:paraId="6BB310E4" w14:textId="222F5611" w:rsidR="000C7697" w:rsidRPr="00E41B5F" w:rsidRDefault="000C769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Petrášková</w:t>
            </w:r>
            <w:proofErr w:type="spellEnd"/>
          </w:p>
        </w:tc>
      </w:tr>
      <w:tr w:rsidR="00814646" w:rsidRPr="00E41B5F" w14:paraId="2979FFB4" w14:textId="77777777" w:rsidTr="00F76694">
        <w:trPr>
          <w:jc w:val="center"/>
        </w:trPr>
        <w:tc>
          <w:tcPr>
            <w:tcW w:w="5949" w:type="dxa"/>
          </w:tcPr>
          <w:p w14:paraId="6475DB4C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Francouzština</w:t>
            </w:r>
            <w:proofErr w:type="spellEnd"/>
            <w:r w:rsidRPr="00E41B5F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hrou</w:t>
            </w:r>
            <w:proofErr w:type="spellEnd"/>
          </w:p>
          <w:p w14:paraId="186ACE19" w14:textId="4E9C9353" w:rsidR="00814646" w:rsidRPr="00E41B5F" w:rsidRDefault="00E41B5F">
            <w:pPr>
              <w:spacing w:before="4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Žáci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se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hravou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formou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seznámí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se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základy</w:t>
            </w:r>
            <w:proofErr w:type="spellEnd"/>
            <w:r w:rsidR="001743EB">
              <w:rPr>
                <w:rFonts w:ascii="Times New Roman" w:hAnsi="Times New Roman" w:cs="Times New Roman"/>
                <w:sz w:val="22"/>
              </w:rPr>
              <w:t xml:space="preserve"> FJ.</w:t>
            </w:r>
          </w:p>
        </w:tc>
        <w:tc>
          <w:tcPr>
            <w:tcW w:w="1701" w:type="dxa"/>
          </w:tcPr>
          <w:p w14:paraId="5471669A" w14:textId="044F92CA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>3.</w:t>
            </w:r>
            <w:r w:rsidR="00D6433E">
              <w:rPr>
                <w:rFonts w:ascii="Times New Roman" w:hAnsi="Times New Roman" w:cs="Times New Roman"/>
                <w:sz w:val="22"/>
              </w:rPr>
              <w:t xml:space="preserve"> - </w:t>
            </w:r>
            <w:r w:rsidRPr="00E41B5F">
              <w:rPr>
                <w:rFonts w:ascii="Times New Roman" w:hAnsi="Times New Roman" w:cs="Times New Roman"/>
                <w:sz w:val="22"/>
              </w:rPr>
              <w:t xml:space="preserve">5.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ročník</w:t>
            </w:r>
            <w:proofErr w:type="spellEnd"/>
          </w:p>
        </w:tc>
        <w:tc>
          <w:tcPr>
            <w:tcW w:w="1843" w:type="dxa"/>
          </w:tcPr>
          <w:p w14:paraId="1D7A13C4" w14:textId="71CDF91E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čtvrtek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, 14</w:t>
            </w:r>
            <w:r w:rsidR="00D6433E">
              <w:rPr>
                <w:rFonts w:ascii="Times New Roman" w:hAnsi="Times New Roman" w:cs="Times New Roman"/>
                <w:sz w:val="22"/>
              </w:rPr>
              <w:t xml:space="preserve"> - 15</w:t>
            </w:r>
          </w:p>
        </w:tc>
        <w:tc>
          <w:tcPr>
            <w:tcW w:w="1842" w:type="dxa"/>
          </w:tcPr>
          <w:p w14:paraId="6F54F64E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L.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Vojáčková</w:t>
            </w:r>
            <w:proofErr w:type="spellEnd"/>
          </w:p>
        </w:tc>
      </w:tr>
      <w:tr w:rsidR="00814646" w:rsidRPr="00E41B5F" w14:paraId="009A380D" w14:textId="77777777" w:rsidTr="00F76694">
        <w:trPr>
          <w:jc w:val="center"/>
        </w:trPr>
        <w:tc>
          <w:tcPr>
            <w:tcW w:w="5949" w:type="dxa"/>
          </w:tcPr>
          <w:p w14:paraId="48536F7C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Hravá</w:t>
            </w:r>
            <w:proofErr w:type="spellEnd"/>
            <w:r w:rsidRPr="00E41B5F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angličtina</w:t>
            </w:r>
            <w:proofErr w:type="spellEnd"/>
          </w:p>
          <w:p w14:paraId="43E8D2BF" w14:textId="3547EB64" w:rsidR="00814646" w:rsidRPr="00E41B5F" w:rsidRDefault="00E41B5F">
            <w:pPr>
              <w:spacing w:before="4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Kroužek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se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zaměřuje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na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prohlubování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znalostí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v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angličtině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hravou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formou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–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prostřednictvím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her,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písniček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tvoření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konverzování</w:t>
            </w:r>
            <w:proofErr w:type="spellEnd"/>
            <w:r w:rsidR="001743EB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E9B60A" w14:textId="3F9A3BB4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>3.</w:t>
            </w:r>
            <w:r w:rsidR="00D6433E">
              <w:rPr>
                <w:rFonts w:ascii="Times New Roman" w:hAnsi="Times New Roman" w:cs="Times New Roman"/>
                <w:sz w:val="22"/>
              </w:rPr>
              <w:t xml:space="preserve"> - </w:t>
            </w:r>
            <w:r w:rsidRPr="00E41B5F">
              <w:rPr>
                <w:rFonts w:ascii="Times New Roman" w:hAnsi="Times New Roman" w:cs="Times New Roman"/>
                <w:sz w:val="22"/>
              </w:rPr>
              <w:t xml:space="preserve">4.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ročník</w:t>
            </w:r>
            <w:proofErr w:type="spellEnd"/>
          </w:p>
        </w:tc>
        <w:tc>
          <w:tcPr>
            <w:tcW w:w="1843" w:type="dxa"/>
          </w:tcPr>
          <w:p w14:paraId="01F97082" w14:textId="1A086FE9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středa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, 14</w:t>
            </w:r>
            <w:r w:rsidR="00D6433E">
              <w:rPr>
                <w:rFonts w:ascii="Times New Roman" w:hAnsi="Times New Roman" w:cs="Times New Roman"/>
                <w:sz w:val="22"/>
              </w:rPr>
              <w:t xml:space="preserve"> - 15</w:t>
            </w:r>
          </w:p>
        </w:tc>
        <w:tc>
          <w:tcPr>
            <w:tcW w:w="1842" w:type="dxa"/>
          </w:tcPr>
          <w:p w14:paraId="595DDAA8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A.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Kolaříková</w:t>
            </w:r>
            <w:proofErr w:type="spellEnd"/>
          </w:p>
        </w:tc>
      </w:tr>
      <w:tr w:rsidR="002050E6" w:rsidRPr="00E41B5F" w14:paraId="330B0F0A" w14:textId="77777777" w:rsidTr="00F76694">
        <w:trPr>
          <w:trHeight w:val="676"/>
          <w:jc w:val="center"/>
        </w:trPr>
        <w:tc>
          <w:tcPr>
            <w:tcW w:w="5949" w:type="dxa"/>
          </w:tcPr>
          <w:p w14:paraId="67645F22" w14:textId="77777777" w:rsidR="002050E6" w:rsidRDefault="002050E6" w:rsidP="002050E6">
            <w:pPr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Jóga</w:t>
            </w:r>
            <w:proofErr w:type="spellEnd"/>
          </w:p>
          <w:p w14:paraId="37650D1C" w14:textId="2E19786B" w:rsidR="002050E6" w:rsidRPr="00E41B5F" w:rsidRDefault="002050E6" w:rsidP="002050E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Je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určena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pro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všechny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děti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které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 se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chtějí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protáhnout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zklidnit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tělo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i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mysl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FB4CC4">
              <w:rPr>
                <w:rFonts w:ascii="Times New Roman" w:hAnsi="Times New Roman" w:cs="Times New Roman"/>
                <w:sz w:val="22"/>
              </w:rPr>
              <w:t xml:space="preserve">ale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i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zažít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legraci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 a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procvičit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všechny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své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smysly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R</w:t>
            </w:r>
            <w:r w:rsidRPr="00FB4CC4">
              <w:rPr>
                <w:rFonts w:ascii="Times New Roman" w:hAnsi="Times New Roman" w:cs="Times New Roman"/>
                <w:sz w:val="22"/>
              </w:rPr>
              <w:t>ozv</w:t>
            </w:r>
            <w:r>
              <w:rPr>
                <w:rFonts w:ascii="Times New Roman" w:hAnsi="Times New Roman" w:cs="Times New Roman"/>
                <w:sz w:val="22"/>
              </w:rPr>
              <w:t>í</w:t>
            </w:r>
            <w:r w:rsidRPr="00FB4CC4">
              <w:rPr>
                <w:rFonts w:ascii="Times New Roman" w:hAnsi="Times New Roman" w:cs="Times New Roman"/>
                <w:sz w:val="22"/>
              </w:rPr>
              <w:t>j</w:t>
            </w:r>
            <w:r>
              <w:rPr>
                <w:rFonts w:ascii="Times New Roman" w:hAnsi="Times New Roman" w:cs="Times New Roman"/>
                <w:sz w:val="22"/>
              </w:rPr>
              <w:t>í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se</w:t>
            </w:r>
            <w:r w:rsidRPr="00FB4CC4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soustředění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zlepšení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držení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těla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 a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vytvoření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návyku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relaxace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Budeme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využívat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i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dechová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cvičení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hudbu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 a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hudební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nástroje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 a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senzorické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FB4CC4">
              <w:rPr>
                <w:rFonts w:ascii="Times New Roman" w:hAnsi="Times New Roman" w:cs="Times New Roman"/>
                <w:sz w:val="22"/>
              </w:rPr>
              <w:t>pomůcky</w:t>
            </w:r>
            <w:proofErr w:type="spellEnd"/>
            <w:r w:rsidRPr="00FB4CC4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701" w:type="dxa"/>
            <w:tcBorders>
              <w:bottom w:val="nil"/>
            </w:tcBorders>
          </w:tcPr>
          <w:p w14:paraId="3AB4C277" w14:textId="0169E249" w:rsidR="002050E6" w:rsidRPr="001743EB" w:rsidRDefault="002050E6" w:rsidP="002050E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Pr="00E41B5F">
              <w:rPr>
                <w:rFonts w:ascii="Times New Roman" w:hAnsi="Times New Roman" w:cs="Times New Roman"/>
                <w:sz w:val="22"/>
              </w:rPr>
              <w:t>.</w:t>
            </w:r>
            <w:r>
              <w:rPr>
                <w:rFonts w:ascii="Times New Roman" w:hAnsi="Times New Roman" w:cs="Times New Roman"/>
                <w:sz w:val="22"/>
              </w:rPr>
              <w:t xml:space="preserve"> - 3</w:t>
            </w:r>
            <w:r w:rsidRPr="00E41B5F">
              <w:rPr>
                <w:rFonts w:ascii="Times New Roman" w:hAnsi="Times New Roman" w:cs="Times New Roman"/>
                <w:sz w:val="22"/>
              </w:rPr>
              <w:t xml:space="preserve">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ročník</w:t>
            </w:r>
            <w:proofErr w:type="spellEnd"/>
          </w:p>
        </w:tc>
        <w:tc>
          <w:tcPr>
            <w:tcW w:w="1843" w:type="dxa"/>
          </w:tcPr>
          <w:p w14:paraId="4395259F" w14:textId="592BC600" w:rsidR="002050E6" w:rsidRPr="00E41B5F" w:rsidRDefault="002050E6" w:rsidP="002050E6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středa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13 - 14</w:t>
            </w:r>
          </w:p>
        </w:tc>
        <w:tc>
          <w:tcPr>
            <w:tcW w:w="1842" w:type="dxa"/>
          </w:tcPr>
          <w:p w14:paraId="4BD12F29" w14:textId="2A8A53C4" w:rsidR="002050E6" w:rsidRPr="00E41B5F" w:rsidRDefault="00AC52C8" w:rsidP="002050E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K. </w:t>
            </w:r>
            <w:proofErr w:type="spellStart"/>
            <w:r w:rsidR="002050E6" w:rsidRPr="00E41B5F">
              <w:rPr>
                <w:rFonts w:ascii="Times New Roman" w:hAnsi="Times New Roman" w:cs="Times New Roman"/>
                <w:sz w:val="22"/>
              </w:rPr>
              <w:t>Kománková</w:t>
            </w:r>
            <w:proofErr w:type="spellEnd"/>
          </w:p>
        </w:tc>
      </w:tr>
      <w:tr w:rsidR="00D00062" w:rsidRPr="00E41B5F" w14:paraId="57A38D27" w14:textId="77777777" w:rsidTr="00F76694">
        <w:trPr>
          <w:trHeight w:val="676"/>
          <w:jc w:val="center"/>
        </w:trPr>
        <w:tc>
          <w:tcPr>
            <w:tcW w:w="5949" w:type="dxa"/>
          </w:tcPr>
          <w:p w14:paraId="4AC7BC69" w14:textId="77777777" w:rsidR="00D00062" w:rsidRDefault="00D00062" w:rsidP="00D00062">
            <w:pPr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Kerami</w:t>
            </w:r>
            <w:r>
              <w:rPr>
                <w:rFonts w:ascii="Times New Roman" w:hAnsi="Times New Roman" w:cs="Times New Roman"/>
                <w:b/>
                <w:sz w:val="22"/>
              </w:rPr>
              <w:t>ka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</w:rPr>
              <w:t xml:space="preserve"> 1</w:t>
            </w:r>
          </w:p>
          <w:p w14:paraId="4C1591E3" w14:textId="6B93DF35" w:rsidR="00D00062" w:rsidRPr="00E41B5F" w:rsidRDefault="00D00062" w:rsidP="00D00062">
            <w:pPr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Děti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se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seznámí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s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keramickou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hlínou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jejím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zpracováním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a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využitím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Procvičují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tím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jemnou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motoriku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učí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se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prostorovému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vyjadřování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Přihlášku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do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kroužku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vyzvednete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u S.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Habartové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701" w:type="dxa"/>
            <w:tcBorders>
              <w:bottom w:val="nil"/>
            </w:tcBorders>
          </w:tcPr>
          <w:p w14:paraId="728A82E9" w14:textId="65DE7606" w:rsidR="00D00062" w:rsidRPr="00D00062" w:rsidRDefault="00D00062" w:rsidP="00D00062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</w:t>
            </w:r>
            <w:r w:rsidRPr="00D00062">
              <w:rPr>
                <w:rFonts w:ascii="Times New Roman" w:hAnsi="Times New Roman" w:cs="Times New Roman"/>
                <w:sz w:val="22"/>
              </w:rPr>
              <w:t>ročník</w:t>
            </w:r>
          </w:p>
        </w:tc>
        <w:tc>
          <w:tcPr>
            <w:tcW w:w="1843" w:type="dxa"/>
          </w:tcPr>
          <w:p w14:paraId="46CD0F7E" w14:textId="0D168224" w:rsidR="00D00062" w:rsidRDefault="00D00062" w:rsidP="002050E6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č</w:t>
            </w:r>
            <w:r w:rsidRPr="00E41B5F">
              <w:rPr>
                <w:rFonts w:ascii="Times New Roman" w:hAnsi="Times New Roman" w:cs="Times New Roman"/>
                <w:sz w:val="22"/>
              </w:rPr>
              <w:t>tvrtek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E41B5F">
              <w:rPr>
                <w:rFonts w:ascii="Times New Roman" w:hAnsi="Times New Roman" w:cs="Times New Roman"/>
                <w:sz w:val="22"/>
              </w:rPr>
              <w:t>12</w:t>
            </w:r>
            <w:r>
              <w:rPr>
                <w:rFonts w:ascii="Times New Roman" w:hAnsi="Times New Roman" w:cs="Times New Roman"/>
                <w:sz w:val="22"/>
              </w:rPr>
              <w:t xml:space="preserve"> - 13</w:t>
            </w:r>
          </w:p>
        </w:tc>
        <w:tc>
          <w:tcPr>
            <w:tcW w:w="1842" w:type="dxa"/>
          </w:tcPr>
          <w:p w14:paraId="43D82F83" w14:textId="38463B46" w:rsidR="00D00062" w:rsidRDefault="00D00062" w:rsidP="002050E6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M.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Bednaříková</w:t>
            </w:r>
            <w:proofErr w:type="spellEnd"/>
          </w:p>
        </w:tc>
      </w:tr>
      <w:tr w:rsidR="00814646" w:rsidRPr="00E41B5F" w14:paraId="26F3EDB1" w14:textId="77777777" w:rsidTr="00F76694">
        <w:trPr>
          <w:jc w:val="center"/>
        </w:trPr>
        <w:tc>
          <w:tcPr>
            <w:tcW w:w="5949" w:type="dxa"/>
          </w:tcPr>
          <w:p w14:paraId="638F8B23" w14:textId="6AB24A8B" w:rsidR="00814646" w:rsidRPr="00E41B5F" w:rsidRDefault="00E41B5F" w:rsidP="00D6433E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Kerami</w:t>
            </w:r>
            <w:r>
              <w:rPr>
                <w:rFonts w:ascii="Times New Roman" w:hAnsi="Times New Roman" w:cs="Times New Roman"/>
                <w:b/>
                <w:sz w:val="22"/>
              </w:rPr>
              <w:t>ka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</w:rPr>
              <w:t xml:space="preserve"> 2</w:t>
            </w:r>
          </w:p>
        </w:tc>
        <w:tc>
          <w:tcPr>
            <w:tcW w:w="1701" w:type="dxa"/>
          </w:tcPr>
          <w:p w14:paraId="14D9B3BB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2.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ročník</w:t>
            </w:r>
            <w:proofErr w:type="spellEnd"/>
          </w:p>
        </w:tc>
        <w:tc>
          <w:tcPr>
            <w:tcW w:w="1843" w:type="dxa"/>
          </w:tcPr>
          <w:p w14:paraId="7ED0C3A1" w14:textId="54D9F802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čtvrtek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, 13</w:t>
            </w:r>
            <w:r w:rsidR="00D6433E">
              <w:rPr>
                <w:rFonts w:ascii="Times New Roman" w:hAnsi="Times New Roman" w:cs="Times New Roman"/>
                <w:sz w:val="22"/>
              </w:rPr>
              <w:t xml:space="preserve"> - 14</w:t>
            </w:r>
          </w:p>
        </w:tc>
        <w:tc>
          <w:tcPr>
            <w:tcW w:w="1842" w:type="dxa"/>
          </w:tcPr>
          <w:p w14:paraId="29EDE842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M.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Bednaříková</w:t>
            </w:r>
            <w:proofErr w:type="spellEnd"/>
          </w:p>
        </w:tc>
      </w:tr>
      <w:tr w:rsidR="00814646" w:rsidRPr="00E41B5F" w14:paraId="03290821" w14:textId="77777777" w:rsidTr="00F76694">
        <w:trPr>
          <w:jc w:val="center"/>
        </w:trPr>
        <w:tc>
          <w:tcPr>
            <w:tcW w:w="5949" w:type="dxa"/>
          </w:tcPr>
          <w:p w14:paraId="4B163A2D" w14:textId="54E2A83C" w:rsidR="00814646" w:rsidRPr="00E41B5F" w:rsidRDefault="00E41B5F" w:rsidP="00D6433E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Kerami</w:t>
            </w:r>
            <w:r>
              <w:rPr>
                <w:rFonts w:ascii="Times New Roman" w:hAnsi="Times New Roman" w:cs="Times New Roman"/>
                <w:b/>
                <w:sz w:val="22"/>
              </w:rPr>
              <w:t>ka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</w:rPr>
              <w:t xml:space="preserve"> 3</w:t>
            </w:r>
          </w:p>
        </w:tc>
        <w:tc>
          <w:tcPr>
            <w:tcW w:w="1701" w:type="dxa"/>
          </w:tcPr>
          <w:p w14:paraId="2EC2BF78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3.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ročník</w:t>
            </w:r>
            <w:proofErr w:type="spellEnd"/>
          </w:p>
        </w:tc>
        <w:tc>
          <w:tcPr>
            <w:tcW w:w="1843" w:type="dxa"/>
          </w:tcPr>
          <w:p w14:paraId="00382063" w14:textId="033FB4BF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čtvrtek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, 1</w:t>
            </w:r>
            <w:r w:rsidR="00D6433E">
              <w:rPr>
                <w:rFonts w:ascii="Times New Roman" w:hAnsi="Times New Roman" w:cs="Times New Roman"/>
                <w:sz w:val="22"/>
              </w:rPr>
              <w:t>4 - 15</w:t>
            </w:r>
          </w:p>
        </w:tc>
        <w:tc>
          <w:tcPr>
            <w:tcW w:w="1842" w:type="dxa"/>
          </w:tcPr>
          <w:p w14:paraId="043F1583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M.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Bednaříková</w:t>
            </w:r>
            <w:proofErr w:type="spellEnd"/>
          </w:p>
        </w:tc>
      </w:tr>
      <w:tr w:rsidR="00814646" w:rsidRPr="00E41B5F" w14:paraId="3EBA1BCF" w14:textId="77777777" w:rsidTr="00F76694">
        <w:trPr>
          <w:jc w:val="center"/>
        </w:trPr>
        <w:tc>
          <w:tcPr>
            <w:tcW w:w="5949" w:type="dxa"/>
          </w:tcPr>
          <w:p w14:paraId="4CC85A11" w14:textId="586C3457" w:rsidR="00F76694" w:rsidRPr="00F76694" w:rsidRDefault="00E41B5F" w:rsidP="00D6433E">
            <w:pPr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Kerami</w:t>
            </w:r>
            <w:r>
              <w:rPr>
                <w:rFonts w:ascii="Times New Roman" w:hAnsi="Times New Roman" w:cs="Times New Roman"/>
                <w:b/>
                <w:sz w:val="22"/>
              </w:rPr>
              <w:t>ka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F76694">
              <w:rPr>
                <w:rFonts w:ascii="Times New Roman" w:hAnsi="Times New Roman" w:cs="Times New Roman"/>
                <w:b/>
                <w:sz w:val="22"/>
              </w:rPr>
              <w:t>4</w:t>
            </w:r>
          </w:p>
        </w:tc>
        <w:tc>
          <w:tcPr>
            <w:tcW w:w="1701" w:type="dxa"/>
          </w:tcPr>
          <w:p w14:paraId="3D3420EF" w14:textId="734236FF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>4.</w:t>
            </w:r>
            <w:r w:rsidR="00F76694">
              <w:rPr>
                <w:rFonts w:ascii="Times New Roman" w:hAnsi="Times New Roman" w:cs="Times New Roman"/>
                <w:sz w:val="22"/>
              </w:rPr>
              <w:t xml:space="preserve"> - </w:t>
            </w:r>
            <w:r w:rsidRPr="00E41B5F">
              <w:rPr>
                <w:rFonts w:ascii="Times New Roman" w:hAnsi="Times New Roman" w:cs="Times New Roman"/>
                <w:sz w:val="22"/>
              </w:rPr>
              <w:t xml:space="preserve">9.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ročník</w:t>
            </w:r>
            <w:proofErr w:type="spellEnd"/>
          </w:p>
        </w:tc>
        <w:tc>
          <w:tcPr>
            <w:tcW w:w="1843" w:type="dxa"/>
          </w:tcPr>
          <w:p w14:paraId="13E033BD" w14:textId="3FF30FCF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středa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, 14</w:t>
            </w:r>
            <w:r w:rsidR="00D6433E">
              <w:rPr>
                <w:rFonts w:ascii="Times New Roman" w:hAnsi="Times New Roman" w:cs="Times New Roman"/>
                <w:sz w:val="22"/>
              </w:rPr>
              <w:t xml:space="preserve"> - </w:t>
            </w:r>
            <w:r w:rsidRPr="00E41B5F">
              <w:rPr>
                <w:rFonts w:ascii="Times New Roman" w:hAnsi="Times New Roman" w:cs="Times New Roman"/>
                <w:sz w:val="22"/>
              </w:rPr>
              <w:t>15:30</w:t>
            </w:r>
          </w:p>
        </w:tc>
        <w:tc>
          <w:tcPr>
            <w:tcW w:w="1842" w:type="dxa"/>
          </w:tcPr>
          <w:p w14:paraId="1B2D9502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M.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Bednaříková</w:t>
            </w:r>
            <w:proofErr w:type="spellEnd"/>
          </w:p>
        </w:tc>
      </w:tr>
      <w:tr w:rsidR="00D76D9A" w:rsidRPr="00E41B5F" w14:paraId="7136F73C" w14:textId="77777777" w:rsidTr="00F76694">
        <w:trPr>
          <w:jc w:val="center"/>
        </w:trPr>
        <w:tc>
          <w:tcPr>
            <w:tcW w:w="5949" w:type="dxa"/>
          </w:tcPr>
          <w:p w14:paraId="012818C8" w14:textId="77777777" w:rsidR="00D76D9A" w:rsidRDefault="00D76D9A" w:rsidP="00D6433E">
            <w:pPr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</w:rPr>
              <w:t>Kouzlíme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</w:rPr>
              <w:t>kuchyni</w:t>
            </w:r>
            <w:proofErr w:type="spellEnd"/>
          </w:p>
          <w:p w14:paraId="78B0047D" w14:textId="083DF30F" w:rsidR="00D76D9A" w:rsidRPr="00D76D9A" w:rsidRDefault="00D76D9A" w:rsidP="00D6433E">
            <w:pPr>
              <w:rPr>
                <w:rFonts w:ascii="Times New Roman" w:hAnsi="Times New Roman" w:cs="Times New Roman"/>
                <w:bCs/>
                <w:sz w:val="22"/>
                <w:lang w:val="cs-CZ"/>
              </w:rPr>
            </w:pPr>
            <w:r w:rsidRPr="00D76D9A">
              <w:rPr>
                <w:rFonts w:ascii="Times New Roman" w:hAnsi="Times New Roman" w:cs="Times New Roman"/>
                <w:bCs/>
                <w:sz w:val="22"/>
                <w:lang w:val="cs-CZ"/>
              </w:rPr>
              <w:t>V kroužku si děti vyzkouší vaření, pečení i přípravu jednoduchých dobrot. Naučí se prostírat stůl, připravit malé občerstvení a postarat se o své hosty. To vše hravou formou, při které si užijí spoustu zábavy. </w:t>
            </w:r>
          </w:p>
        </w:tc>
        <w:tc>
          <w:tcPr>
            <w:tcW w:w="1701" w:type="dxa"/>
          </w:tcPr>
          <w:p w14:paraId="13A92474" w14:textId="37CBCB45" w:rsidR="00D76D9A" w:rsidRPr="00AC52C8" w:rsidRDefault="00AC52C8" w:rsidP="00AC52C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1.- </w:t>
            </w:r>
            <w:r w:rsidRPr="00AC52C8">
              <w:rPr>
                <w:rFonts w:ascii="Times New Roman" w:hAnsi="Times New Roman" w:cs="Times New Roman"/>
                <w:sz w:val="22"/>
              </w:rPr>
              <w:t xml:space="preserve">4. </w:t>
            </w:r>
            <w:proofErr w:type="spellStart"/>
            <w:r w:rsidRPr="00AC52C8">
              <w:rPr>
                <w:rFonts w:ascii="Times New Roman" w:hAnsi="Times New Roman" w:cs="Times New Roman"/>
                <w:sz w:val="22"/>
              </w:rPr>
              <w:t>ročník</w:t>
            </w:r>
            <w:proofErr w:type="spellEnd"/>
          </w:p>
        </w:tc>
        <w:tc>
          <w:tcPr>
            <w:tcW w:w="1843" w:type="dxa"/>
          </w:tcPr>
          <w:p w14:paraId="5AE81F20" w14:textId="4BDAC077" w:rsidR="00D76D9A" w:rsidRPr="00E41B5F" w:rsidRDefault="00D76D9A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čtvrtek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13.30 - 15</w:t>
            </w:r>
          </w:p>
        </w:tc>
        <w:tc>
          <w:tcPr>
            <w:tcW w:w="1842" w:type="dxa"/>
          </w:tcPr>
          <w:p w14:paraId="15FEF62E" w14:textId="093018BA" w:rsidR="00D76D9A" w:rsidRPr="00E41B5F" w:rsidRDefault="00AC52C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P.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Flašarová</w:t>
            </w:r>
            <w:proofErr w:type="spellEnd"/>
          </w:p>
        </w:tc>
      </w:tr>
      <w:tr w:rsidR="00814646" w:rsidRPr="00E41B5F" w14:paraId="75D304D4" w14:textId="77777777" w:rsidTr="00F76694">
        <w:trPr>
          <w:jc w:val="center"/>
        </w:trPr>
        <w:tc>
          <w:tcPr>
            <w:tcW w:w="5949" w:type="dxa"/>
          </w:tcPr>
          <w:p w14:paraId="41110FF3" w14:textId="5AB8C715" w:rsidR="00814646" w:rsidRDefault="00E41B5F">
            <w:pPr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Malý</w:t>
            </w:r>
            <w:proofErr w:type="spellEnd"/>
            <w:r w:rsidRPr="00E41B5F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přírodovědec</w:t>
            </w:r>
            <w:proofErr w:type="spellEnd"/>
            <w:r w:rsidRPr="00E41B5F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</w:p>
          <w:p w14:paraId="469DB877" w14:textId="64C547EA" w:rsidR="00D76D9A" w:rsidRPr="00D76D9A" w:rsidRDefault="00D76D9A" w:rsidP="00FC09EC">
            <w:pPr>
              <w:rPr>
                <w:rFonts w:ascii="Times New Roman" w:hAnsi="Times New Roman" w:cs="Times New Roman"/>
                <w:bCs/>
                <w:sz w:val="22"/>
                <w:lang w:val="cs-CZ"/>
              </w:rPr>
            </w:pPr>
            <w:r w:rsidRPr="00D76D9A">
              <w:rPr>
                <w:rFonts w:ascii="Times New Roman" w:hAnsi="Times New Roman" w:cs="Times New Roman"/>
                <w:bCs/>
                <w:sz w:val="22"/>
                <w:lang w:val="cs-CZ"/>
              </w:rPr>
              <w:t>Přírodovědné vycházky v okolí školy. Pozorovaní přírody kolem nás, poznávání různých druhů rostlin, živočichů, minerálů. V učebně budeme mikroskopovat, bádat, dělat přírodovědné pokusy. Tento kroužek je ideální pro všechny malé badatele, kteří mají rádi dobrodružství a chtějí se dozvědět více o světě kolem nás.</w:t>
            </w:r>
          </w:p>
        </w:tc>
        <w:tc>
          <w:tcPr>
            <w:tcW w:w="1701" w:type="dxa"/>
          </w:tcPr>
          <w:p w14:paraId="2BBA893E" w14:textId="207A0681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>2.</w:t>
            </w:r>
            <w:r w:rsidR="00F76694">
              <w:rPr>
                <w:rFonts w:ascii="Times New Roman" w:hAnsi="Times New Roman" w:cs="Times New Roman"/>
                <w:sz w:val="22"/>
              </w:rPr>
              <w:t xml:space="preserve"> - </w:t>
            </w:r>
            <w:r w:rsidRPr="00E41B5F">
              <w:rPr>
                <w:rFonts w:ascii="Times New Roman" w:hAnsi="Times New Roman" w:cs="Times New Roman"/>
                <w:sz w:val="22"/>
              </w:rPr>
              <w:t xml:space="preserve">4.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ročník</w:t>
            </w:r>
            <w:proofErr w:type="spellEnd"/>
          </w:p>
        </w:tc>
        <w:tc>
          <w:tcPr>
            <w:tcW w:w="1843" w:type="dxa"/>
          </w:tcPr>
          <w:p w14:paraId="2E2FEB76" w14:textId="6AACA398" w:rsidR="00814646" w:rsidRPr="00E41B5F" w:rsidRDefault="00AC52C8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středa</w:t>
            </w:r>
            <w:proofErr w:type="spellEnd"/>
            <w:r w:rsidR="00E41B5F" w:rsidRPr="00E41B5F">
              <w:rPr>
                <w:rFonts w:ascii="Times New Roman" w:hAnsi="Times New Roman" w:cs="Times New Roman"/>
                <w:sz w:val="22"/>
              </w:rPr>
              <w:t xml:space="preserve"> 13:30–1</w:t>
            </w:r>
            <w:r w:rsidR="00FC09EC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842" w:type="dxa"/>
          </w:tcPr>
          <w:p w14:paraId="7F68E2D5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K.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Číhalová</w:t>
            </w:r>
            <w:proofErr w:type="spellEnd"/>
          </w:p>
        </w:tc>
      </w:tr>
      <w:tr w:rsidR="00814646" w:rsidRPr="00E41B5F" w14:paraId="44983C87" w14:textId="77777777" w:rsidTr="00F76694">
        <w:trPr>
          <w:jc w:val="center"/>
        </w:trPr>
        <w:tc>
          <w:tcPr>
            <w:tcW w:w="5949" w:type="dxa"/>
          </w:tcPr>
          <w:p w14:paraId="3B6D382B" w14:textId="2D568A40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b/>
                <w:sz w:val="22"/>
              </w:rPr>
              <w:lastRenderedPageBreak/>
              <w:t xml:space="preserve">Mindfulness – </w:t>
            </w: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všímavost</w:t>
            </w:r>
            <w:proofErr w:type="spellEnd"/>
          </w:p>
          <w:p w14:paraId="6810ACE6" w14:textId="2499A987" w:rsidR="00E41B5F" w:rsidRPr="00E41B5F" w:rsidRDefault="00E41B5F">
            <w:pPr>
              <w:spacing w:before="4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Děti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se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naučí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hravou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formou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lépe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vnímat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své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tělo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své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pocity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a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emoce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a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hledat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způsoby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jak se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zklidnit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když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je toho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na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ně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moc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Vyzkoušíme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dechová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a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relaxační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cvičení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mindfulness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neboli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všímavost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hravou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jógu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pohybové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hry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aktivity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zaměřené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na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poznávání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a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zvládání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emocí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Společně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budeme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objevovat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co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nám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pomáhá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když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jsme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smutní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naštvaní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unavení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nebo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nervózní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a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také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jak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užít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chvíle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pohody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a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radosti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701" w:type="dxa"/>
          </w:tcPr>
          <w:p w14:paraId="62C5E73E" w14:textId="18A7888F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>1.</w:t>
            </w:r>
            <w:r w:rsidR="00F76694">
              <w:rPr>
                <w:rFonts w:ascii="Times New Roman" w:hAnsi="Times New Roman" w:cs="Times New Roman"/>
                <w:sz w:val="22"/>
              </w:rPr>
              <w:t xml:space="preserve"> - </w:t>
            </w:r>
            <w:r w:rsidRPr="00E41B5F">
              <w:rPr>
                <w:rFonts w:ascii="Times New Roman" w:hAnsi="Times New Roman" w:cs="Times New Roman"/>
                <w:sz w:val="22"/>
              </w:rPr>
              <w:t xml:space="preserve">3.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ročník</w:t>
            </w:r>
            <w:proofErr w:type="spellEnd"/>
          </w:p>
        </w:tc>
        <w:tc>
          <w:tcPr>
            <w:tcW w:w="1843" w:type="dxa"/>
          </w:tcPr>
          <w:p w14:paraId="5D4520BF" w14:textId="5FA1295C" w:rsidR="00814646" w:rsidRPr="00E41B5F" w:rsidRDefault="00B85FE0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p</w:t>
            </w:r>
            <w:r w:rsidR="00F76694">
              <w:rPr>
                <w:rFonts w:ascii="Times New Roman" w:hAnsi="Times New Roman" w:cs="Times New Roman"/>
                <w:sz w:val="22"/>
              </w:rPr>
              <w:t>ondělí</w:t>
            </w:r>
            <w:proofErr w:type="spellEnd"/>
            <w:r w:rsidR="00F76694">
              <w:rPr>
                <w:rFonts w:ascii="Times New Roman" w:hAnsi="Times New Roman" w:cs="Times New Roman"/>
                <w:sz w:val="22"/>
              </w:rPr>
              <w:t xml:space="preserve"> 14 - 15</w:t>
            </w:r>
          </w:p>
        </w:tc>
        <w:tc>
          <w:tcPr>
            <w:tcW w:w="1842" w:type="dxa"/>
          </w:tcPr>
          <w:p w14:paraId="40061674" w14:textId="3C7E8929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A.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Ingrová</w:t>
            </w:r>
            <w:proofErr w:type="spellEnd"/>
          </w:p>
        </w:tc>
      </w:tr>
      <w:tr w:rsidR="00814646" w:rsidRPr="00E41B5F" w14:paraId="09F52703" w14:textId="77777777" w:rsidTr="00F76694">
        <w:trPr>
          <w:jc w:val="center"/>
        </w:trPr>
        <w:tc>
          <w:tcPr>
            <w:tcW w:w="5949" w:type="dxa"/>
          </w:tcPr>
          <w:p w14:paraId="1F56DF76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Plavání</w:t>
            </w:r>
            <w:proofErr w:type="spellEnd"/>
            <w:r w:rsidRPr="00E41B5F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hrou</w:t>
            </w:r>
            <w:proofErr w:type="spellEnd"/>
          </w:p>
          <w:p w14:paraId="62C7723B" w14:textId="77777777" w:rsidR="00814646" w:rsidRPr="00E41B5F" w:rsidRDefault="00E41B5F">
            <w:pPr>
              <w:spacing w:before="4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Procvičování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základních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plaveckých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dovedností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formou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her.</w:t>
            </w:r>
          </w:p>
        </w:tc>
        <w:tc>
          <w:tcPr>
            <w:tcW w:w="1701" w:type="dxa"/>
          </w:tcPr>
          <w:p w14:paraId="18761C66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1.–3.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ročník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(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jen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plavci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843" w:type="dxa"/>
          </w:tcPr>
          <w:p w14:paraId="062C3C2A" w14:textId="7B55E3C1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středa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, 14</w:t>
            </w:r>
            <w:r w:rsidR="00270965">
              <w:rPr>
                <w:rFonts w:ascii="Times New Roman" w:hAnsi="Times New Roman" w:cs="Times New Roman"/>
                <w:sz w:val="22"/>
              </w:rPr>
              <w:t xml:space="preserve"> - </w:t>
            </w:r>
            <w:r w:rsidRPr="00E41B5F">
              <w:rPr>
                <w:rFonts w:ascii="Times New Roman" w:hAnsi="Times New Roman" w:cs="Times New Roman"/>
                <w:sz w:val="22"/>
              </w:rPr>
              <w:t>15:45</w:t>
            </w:r>
          </w:p>
        </w:tc>
        <w:tc>
          <w:tcPr>
            <w:tcW w:w="1842" w:type="dxa"/>
          </w:tcPr>
          <w:p w14:paraId="6A0CD931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J.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Mikušová</w:t>
            </w:r>
            <w:proofErr w:type="spellEnd"/>
          </w:p>
        </w:tc>
      </w:tr>
      <w:tr w:rsidR="00270965" w:rsidRPr="00E41B5F" w14:paraId="64343C6B" w14:textId="77777777" w:rsidTr="00F76694">
        <w:trPr>
          <w:jc w:val="center"/>
        </w:trPr>
        <w:tc>
          <w:tcPr>
            <w:tcW w:w="5949" w:type="dxa"/>
          </w:tcPr>
          <w:p w14:paraId="65521DC9" w14:textId="30A18F5C" w:rsidR="00270965" w:rsidRDefault="00270965">
            <w:pPr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</w:rPr>
              <w:t>Příprava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</w:rPr>
              <w:t>přijímací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</w:rPr>
              <w:t>zkoušky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</w:rPr>
              <w:t xml:space="preserve"> z ČJ</w:t>
            </w:r>
          </w:p>
          <w:p w14:paraId="0BBF6774" w14:textId="686F8927" w:rsidR="00270965" w:rsidRPr="00270965" w:rsidRDefault="00270965">
            <w:pPr>
              <w:rPr>
                <w:rFonts w:ascii="Times New Roman" w:hAnsi="Times New Roman" w:cs="Times New Roman"/>
                <w:bCs/>
                <w:sz w:val="22"/>
              </w:rPr>
            </w:pPr>
            <w:proofErr w:type="spellStart"/>
            <w:r w:rsidRPr="00270965">
              <w:rPr>
                <w:rFonts w:ascii="Times New Roman" w:hAnsi="Times New Roman" w:cs="Times New Roman"/>
                <w:bCs/>
                <w:sz w:val="22"/>
              </w:rPr>
              <w:t>Procvičování</w:t>
            </w:r>
            <w:proofErr w:type="spellEnd"/>
            <w:r w:rsidRPr="00270965"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proofErr w:type="spellStart"/>
            <w:r w:rsidRPr="00270965">
              <w:rPr>
                <w:rFonts w:ascii="Times New Roman" w:hAnsi="Times New Roman" w:cs="Times New Roman"/>
                <w:bCs/>
                <w:sz w:val="22"/>
              </w:rPr>
              <w:t>okruhů</w:t>
            </w:r>
            <w:proofErr w:type="spellEnd"/>
            <w:r w:rsidRPr="00270965"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proofErr w:type="spellStart"/>
            <w:r w:rsidRPr="00270965">
              <w:rPr>
                <w:rFonts w:ascii="Times New Roman" w:hAnsi="Times New Roman" w:cs="Times New Roman"/>
                <w:bCs/>
                <w:sz w:val="22"/>
              </w:rPr>
              <w:t>na</w:t>
            </w:r>
            <w:proofErr w:type="spellEnd"/>
            <w:r w:rsidRPr="00270965">
              <w:rPr>
                <w:rFonts w:ascii="Times New Roman" w:hAnsi="Times New Roman" w:cs="Times New Roman"/>
                <w:bCs/>
                <w:sz w:val="22"/>
              </w:rPr>
              <w:t xml:space="preserve"> testy, </w:t>
            </w:r>
            <w:proofErr w:type="spellStart"/>
            <w:r w:rsidRPr="00270965">
              <w:rPr>
                <w:rFonts w:ascii="Times New Roman" w:hAnsi="Times New Roman" w:cs="Times New Roman"/>
                <w:bCs/>
                <w:sz w:val="22"/>
              </w:rPr>
              <w:t>cvičné</w:t>
            </w:r>
            <w:proofErr w:type="spellEnd"/>
            <w:r w:rsidRPr="00270965">
              <w:rPr>
                <w:rFonts w:ascii="Times New Roman" w:hAnsi="Times New Roman" w:cs="Times New Roman"/>
                <w:bCs/>
                <w:sz w:val="22"/>
              </w:rPr>
              <w:t xml:space="preserve"> testy </w:t>
            </w:r>
            <w:proofErr w:type="spellStart"/>
            <w:r w:rsidRPr="00270965">
              <w:rPr>
                <w:rFonts w:ascii="Times New Roman" w:hAnsi="Times New Roman" w:cs="Times New Roman"/>
                <w:bCs/>
                <w:sz w:val="22"/>
              </w:rPr>
              <w:t>na</w:t>
            </w:r>
            <w:proofErr w:type="spellEnd"/>
            <w:r w:rsidRPr="00270965"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proofErr w:type="spellStart"/>
            <w:r w:rsidRPr="00270965">
              <w:rPr>
                <w:rFonts w:ascii="Times New Roman" w:hAnsi="Times New Roman" w:cs="Times New Roman"/>
                <w:bCs/>
                <w:sz w:val="22"/>
              </w:rPr>
              <w:t>přijímací</w:t>
            </w:r>
            <w:proofErr w:type="spellEnd"/>
            <w:r w:rsidRPr="00270965"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proofErr w:type="spellStart"/>
            <w:r w:rsidRPr="00270965">
              <w:rPr>
                <w:rFonts w:ascii="Times New Roman" w:hAnsi="Times New Roman" w:cs="Times New Roman"/>
                <w:bCs/>
                <w:sz w:val="22"/>
              </w:rPr>
              <w:t>zkoušky</w:t>
            </w:r>
            <w:proofErr w:type="spellEnd"/>
            <w:r w:rsidRPr="00270965">
              <w:rPr>
                <w:rFonts w:ascii="Times New Roman" w:hAnsi="Times New Roman" w:cs="Times New Roman"/>
                <w:bCs/>
                <w:sz w:val="22"/>
              </w:rPr>
              <w:t>.</w:t>
            </w:r>
          </w:p>
        </w:tc>
        <w:tc>
          <w:tcPr>
            <w:tcW w:w="1701" w:type="dxa"/>
          </w:tcPr>
          <w:p w14:paraId="48F073F4" w14:textId="673CD9CE" w:rsidR="00270965" w:rsidRPr="00E41B5F" w:rsidRDefault="0027096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ročník</w:t>
            </w:r>
            <w:proofErr w:type="spellEnd"/>
          </w:p>
        </w:tc>
        <w:tc>
          <w:tcPr>
            <w:tcW w:w="1843" w:type="dxa"/>
          </w:tcPr>
          <w:p w14:paraId="4B9D34ED" w14:textId="220B9542" w:rsidR="00270965" w:rsidRPr="00E41B5F" w:rsidRDefault="005F5DD8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čtvrtek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14 - 15 </w:t>
            </w:r>
          </w:p>
        </w:tc>
        <w:tc>
          <w:tcPr>
            <w:tcW w:w="1842" w:type="dxa"/>
          </w:tcPr>
          <w:p w14:paraId="69044767" w14:textId="167BCC30" w:rsidR="00270965" w:rsidRPr="00E41B5F" w:rsidRDefault="0027096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Navrátilová</w:t>
            </w:r>
            <w:proofErr w:type="spellEnd"/>
          </w:p>
        </w:tc>
      </w:tr>
      <w:tr w:rsidR="00814646" w:rsidRPr="00E41B5F" w14:paraId="105E30FD" w14:textId="77777777" w:rsidTr="00F76694">
        <w:trPr>
          <w:jc w:val="center"/>
        </w:trPr>
        <w:tc>
          <w:tcPr>
            <w:tcW w:w="5949" w:type="dxa"/>
          </w:tcPr>
          <w:p w14:paraId="1CE65B62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Příprava</w:t>
            </w:r>
            <w:proofErr w:type="spellEnd"/>
            <w:r w:rsidRPr="00E41B5F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na</w:t>
            </w:r>
            <w:proofErr w:type="spellEnd"/>
            <w:r w:rsidRPr="00E41B5F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přijímací</w:t>
            </w:r>
            <w:proofErr w:type="spellEnd"/>
            <w:r w:rsidRPr="00E41B5F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zkoušky</w:t>
            </w:r>
            <w:proofErr w:type="spellEnd"/>
            <w:r w:rsidRPr="00E41B5F">
              <w:rPr>
                <w:rFonts w:ascii="Times New Roman" w:hAnsi="Times New Roman" w:cs="Times New Roman"/>
                <w:b/>
                <w:sz w:val="22"/>
              </w:rPr>
              <w:t xml:space="preserve"> z </w:t>
            </w: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matematiky</w:t>
            </w:r>
            <w:proofErr w:type="spellEnd"/>
          </w:p>
          <w:p w14:paraId="4C4C8868" w14:textId="339C8E16" w:rsidR="00814646" w:rsidRPr="00E41B5F" w:rsidRDefault="00BF42BB">
            <w:pPr>
              <w:spacing w:before="40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Zaměření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všechna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témata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které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objevují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přijímacích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zkoušek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701" w:type="dxa"/>
          </w:tcPr>
          <w:p w14:paraId="2F19D466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9.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ročník</w:t>
            </w:r>
            <w:proofErr w:type="spellEnd"/>
          </w:p>
        </w:tc>
        <w:tc>
          <w:tcPr>
            <w:tcW w:w="1843" w:type="dxa"/>
          </w:tcPr>
          <w:p w14:paraId="0CF625FF" w14:textId="25D2551B" w:rsidR="00814646" w:rsidRPr="00E41B5F" w:rsidRDefault="00B85FE0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s</w:t>
            </w:r>
            <w:r w:rsidR="00BF42BB">
              <w:rPr>
                <w:rFonts w:ascii="Times New Roman" w:hAnsi="Times New Roman" w:cs="Times New Roman"/>
                <w:sz w:val="22"/>
              </w:rPr>
              <w:t>tředa</w:t>
            </w:r>
            <w:proofErr w:type="spellEnd"/>
            <w:r w:rsidR="00BF42BB">
              <w:rPr>
                <w:rFonts w:ascii="Times New Roman" w:hAnsi="Times New Roman" w:cs="Times New Roman"/>
                <w:sz w:val="22"/>
              </w:rPr>
              <w:t>, 14 - 15</w:t>
            </w:r>
          </w:p>
        </w:tc>
        <w:tc>
          <w:tcPr>
            <w:tcW w:w="1842" w:type="dxa"/>
          </w:tcPr>
          <w:p w14:paraId="466A6019" w14:textId="77777777" w:rsidR="00BF42BB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J.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Borýsková</w:t>
            </w:r>
            <w:proofErr w:type="spellEnd"/>
            <w:r w:rsidR="00BF42BB">
              <w:rPr>
                <w:rFonts w:ascii="Times New Roman" w:hAnsi="Times New Roman" w:cs="Times New Roman"/>
                <w:sz w:val="22"/>
              </w:rPr>
              <w:t xml:space="preserve">, </w:t>
            </w:r>
          </w:p>
          <w:p w14:paraId="590D28D4" w14:textId="77777777" w:rsidR="00BF42BB" w:rsidRDefault="00BF42BB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K.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Cinádrová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, </w:t>
            </w:r>
          </w:p>
          <w:p w14:paraId="5A1C726A" w14:textId="79F57818" w:rsidR="00814646" w:rsidRPr="00E41B5F" w:rsidRDefault="00BF42BB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K.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Čížková</w:t>
            </w:r>
            <w:proofErr w:type="spellEnd"/>
          </w:p>
        </w:tc>
      </w:tr>
      <w:tr w:rsidR="00814646" w:rsidRPr="00E41B5F" w14:paraId="61ECACDE" w14:textId="77777777" w:rsidTr="00F76694">
        <w:trPr>
          <w:jc w:val="center"/>
        </w:trPr>
        <w:tc>
          <w:tcPr>
            <w:tcW w:w="5949" w:type="dxa"/>
          </w:tcPr>
          <w:p w14:paraId="088A23A5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Sportovní</w:t>
            </w:r>
            <w:proofErr w:type="spellEnd"/>
          </w:p>
          <w:p w14:paraId="36861A3A" w14:textId="1DACD6F1" w:rsidR="00814646" w:rsidRPr="00E41B5F" w:rsidRDefault="00E41B5F">
            <w:pPr>
              <w:spacing w:before="40"/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V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kroužku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děti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formou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her a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průpravných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cvičení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vyzkouší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základy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různých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míčových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atletických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her</w:t>
            </w:r>
            <w:r w:rsidR="00270965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701" w:type="dxa"/>
          </w:tcPr>
          <w:p w14:paraId="51A90021" w14:textId="55734ADF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>1.</w:t>
            </w:r>
            <w:r w:rsidR="00270965">
              <w:rPr>
                <w:rFonts w:ascii="Times New Roman" w:hAnsi="Times New Roman" w:cs="Times New Roman"/>
                <w:sz w:val="22"/>
              </w:rPr>
              <w:t xml:space="preserve"> - </w:t>
            </w:r>
            <w:r w:rsidRPr="00E41B5F">
              <w:rPr>
                <w:rFonts w:ascii="Times New Roman" w:hAnsi="Times New Roman" w:cs="Times New Roman"/>
                <w:sz w:val="22"/>
              </w:rPr>
              <w:t xml:space="preserve">2.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ročník</w:t>
            </w:r>
            <w:proofErr w:type="spellEnd"/>
          </w:p>
        </w:tc>
        <w:tc>
          <w:tcPr>
            <w:tcW w:w="1843" w:type="dxa"/>
          </w:tcPr>
          <w:p w14:paraId="5B76E2C1" w14:textId="56B2F29D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pondělí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, 14</w:t>
            </w:r>
            <w:r w:rsidR="00270965">
              <w:rPr>
                <w:rFonts w:ascii="Times New Roman" w:hAnsi="Times New Roman" w:cs="Times New Roman"/>
                <w:sz w:val="22"/>
              </w:rPr>
              <w:t xml:space="preserve"> - 15</w:t>
            </w:r>
          </w:p>
        </w:tc>
        <w:tc>
          <w:tcPr>
            <w:tcW w:w="1842" w:type="dxa"/>
          </w:tcPr>
          <w:p w14:paraId="7AE5EE1C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D.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Čagánková</w:t>
            </w:r>
            <w:proofErr w:type="spellEnd"/>
          </w:p>
        </w:tc>
      </w:tr>
      <w:tr w:rsidR="00814646" w:rsidRPr="00E41B5F" w14:paraId="1FE0C5CC" w14:textId="77777777" w:rsidTr="00F76694">
        <w:trPr>
          <w:jc w:val="center"/>
        </w:trPr>
        <w:tc>
          <w:tcPr>
            <w:tcW w:w="5949" w:type="dxa"/>
          </w:tcPr>
          <w:p w14:paraId="3FC90842" w14:textId="1E4E9C4D" w:rsidR="005F5DD8" w:rsidRPr="005F5DD8" w:rsidRDefault="00E41B5F">
            <w:pPr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Turistický</w:t>
            </w:r>
            <w:proofErr w:type="spellEnd"/>
            <w:r w:rsidRPr="00E41B5F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kroužek</w:t>
            </w:r>
            <w:proofErr w:type="spellEnd"/>
          </w:p>
          <w:p w14:paraId="490082DB" w14:textId="618A6025" w:rsidR="005F5DD8" w:rsidRDefault="00E41B5F">
            <w:pPr>
              <w:spacing w:before="4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Během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školního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roku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spolu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půjdeme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minimálně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na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4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výlety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do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přírody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v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blízkém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i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vzdálenějším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okolí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Uherského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Hradiště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Kroužek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je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zdarma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.</w:t>
            </w:r>
            <w:r w:rsidR="005F5DD8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14976940" w14:textId="039470C6" w:rsidR="005F5DD8" w:rsidRPr="00AC52C8" w:rsidRDefault="005F5DD8">
            <w:pPr>
              <w:spacing w:before="40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AC52C8">
              <w:rPr>
                <w:rFonts w:ascii="Times New Roman" w:hAnsi="Times New Roman" w:cs="Times New Roman"/>
                <w:b/>
                <w:bCs/>
                <w:sz w:val="22"/>
              </w:rPr>
              <w:t>Seznamovací</w:t>
            </w:r>
            <w:proofErr w:type="spellEnd"/>
            <w:r w:rsidRPr="00AC52C8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proofErr w:type="spellStart"/>
            <w:r w:rsidRPr="00AC52C8">
              <w:rPr>
                <w:rFonts w:ascii="Times New Roman" w:hAnsi="Times New Roman" w:cs="Times New Roman"/>
                <w:b/>
                <w:bCs/>
                <w:sz w:val="22"/>
              </w:rPr>
              <w:t>schůzka</w:t>
            </w:r>
            <w:proofErr w:type="spellEnd"/>
            <w:r w:rsidRPr="00AC52C8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proofErr w:type="spellStart"/>
            <w:r w:rsidRPr="00AC52C8">
              <w:rPr>
                <w:rFonts w:ascii="Times New Roman" w:hAnsi="Times New Roman" w:cs="Times New Roman"/>
                <w:b/>
                <w:bCs/>
                <w:sz w:val="22"/>
              </w:rPr>
              <w:t>proběhne</w:t>
            </w:r>
            <w:proofErr w:type="spellEnd"/>
            <w:r w:rsidRPr="00AC52C8">
              <w:rPr>
                <w:rFonts w:ascii="Times New Roman" w:hAnsi="Times New Roman" w:cs="Times New Roman"/>
                <w:b/>
                <w:bCs/>
                <w:sz w:val="22"/>
              </w:rPr>
              <w:t xml:space="preserve"> 16. 9. </w:t>
            </w:r>
            <w:proofErr w:type="spellStart"/>
            <w:r w:rsidRPr="00AC52C8">
              <w:rPr>
                <w:rFonts w:ascii="Times New Roman" w:hAnsi="Times New Roman" w:cs="Times New Roman"/>
                <w:b/>
                <w:bCs/>
                <w:sz w:val="22"/>
              </w:rPr>
              <w:t>ve</w:t>
            </w:r>
            <w:proofErr w:type="spellEnd"/>
            <w:r w:rsidRPr="00AC52C8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proofErr w:type="spellStart"/>
            <w:r w:rsidRPr="00AC52C8">
              <w:rPr>
                <w:rFonts w:ascii="Times New Roman" w:hAnsi="Times New Roman" w:cs="Times New Roman"/>
                <w:b/>
                <w:bCs/>
                <w:sz w:val="22"/>
              </w:rPr>
              <w:t>škole</w:t>
            </w:r>
            <w:proofErr w:type="spellEnd"/>
            <w:r w:rsidRPr="00AC52C8">
              <w:rPr>
                <w:rFonts w:ascii="Times New Roman" w:hAnsi="Times New Roman" w:cs="Times New Roman"/>
                <w:b/>
                <w:bCs/>
                <w:sz w:val="22"/>
              </w:rPr>
              <w:t xml:space="preserve"> od 13 </w:t>
            </w:r>
            <w:proofErr w:type="spellStart"/>
            <w:r w:rsidRPr="00AC52C8">
              <w:rPr>
                <w:rFonts w:ascii="Times New Roman" w:hAnsi="Times New Roman" w:cs="Times New Roman"/>
                <w:b/>
                <w:bCs/>
                <w:sz w:val="22"/>
              </w:rPr>
              <w:t>hodin</w:t>
            </w:r>
            <w:proofErr w:type="spellEnd"/>
            <w:r w:rsidRPr="00AC52C8">
              <w:rPr>
                <w:rFonts w:ascii="Times New Roman" w:hAnsi="Times New Roman" w:cs="Times New Roman"/>
                <w:b/>
                <w:bCs/>
                <w:sz w:val="22"/>
              </w:rPr>
              <w:t>.</w:t>
            </w:r>
          </w:p>
          <w:p w14:paraId="4917518F" w14:textId="0E54E4E7" w:rsidR="005F5DD8" w:rsidRPr="00E41B5F" w:rsidRDefault="005F5DD8">
            <w:pPr>
              <w:spacing w:before="4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AC52C8">
              <w:rPr>
                <w:rFonts w:ascii="Times New Roman" w:hAnsi="Times New Roman" w:cs="Times New Roman"/>
                <w:b/>
                <w:bCs/>
                <w:sz w:val="22"/>
              </w:rPr>
              <w:t>První</w:t>
            </w:r>
            <w:proofErr w:type="spellEnd"/>
            <w:r w:rsidRPr="00AC52C8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proofErr w:type="spellStart"/>
            <w:r w:rsidRPr="00AC52C8">
              <w:rPr>
                <w:rFonts w:ascii="Times New Roman" w:hAnsi="Times New Roman" w:cs="Times New Roman"/>
                <w:b/>
                <w:bCs/>
                <w:sz w:val="22"/>
              </w:rPr>
              <w:t>výlet</w:t>
            </w:r>
            <w:proofErr w:type="spellEnd"/>
            <w:r w:rsidRPr="00AC52C8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proofErr w:type="spellStart"/>
            <w:r w:rsidRPr="00AC52C8">
              <w:rPr>
                <w:rFonts w:ascii="Times New Roman" w:hAnsi="Times New Roman" w:cs="Times New Roman"/>
                <w:b/>
                <w:bCs/>
                <w:sz w:val="22"/>
              </w:rPr>
              <w:t>bude</w:t>
            </w:r>
            <w:proofErr w:type="spellEnd"/>
            <w:r w:rsidRPr="00AC52C8">
              <w:rPr>
                <w:rFonts w:ascii="Times New Roman" w:hAnsi="Times New Roman" w:cs="Times New Roman"/>
                <w:b/>
                <w:bCs/>
                <w:sz w:val="22"/>
              </w:rPr>
              <w:t xml:space="preserve"> v</w:t>
            </w:r>
            <w:r w:rsidR="006E1F07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proofErr w:type="spellStart"/>
            <w:r w:rsidRPr="00AC52C8">
              <w:rPr>
                <w:rFonts w:ascii="Times New Roman" w:hAnsi="Times New Roman" w:cs="Times New Roman"/>
                <w:b/>
                <w:bCs/>
                <w:sz w:val="22"/>
              </w:rPr>
              <w:t>sobotu</w:t>
            </w:r>
            <w:proofErr w:type="spellEnd"/>
            <w:r w:rsidRPr="00AC52C8">
              <w:rPr>
                <w:rFonts w:ascii="Times New Roman" w:hAnsi="Times New Roman" w:cs="Times New Roman"/>
                <w:b/>
                <w:bCs/>
                <w:sz w:val="22"/>
              </w:rPr>
              <w:t xml:space="preserve"> 19. 9. 2026.</w:t>
            </w:r>
          </w:p>
        </w:tc>
        <w:tc>
          <w:tcPr>
            <w:tcW w:w="1701" w:type="dxa"/>
          </w:tcPr>
          <w:p w14:paraId="1EA0BB89" w14:textId="2BC815CF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>1.</w:t>
            </w:r>
            <w:r w:rsidR="00270965">
              <w:rPr>
                <w:rFonts w:ascii="Times New Roman" w:hAnsi="Times New Roman" w:cs="Times New Roman"/>
                <w:sz w:val="22"/>
              </w:rPr>
              <w:t xml:space="preserve"> - </w:t>
            </w:r>
            <w:r w:rsidRPr="00E41B5F">
              <w:rPr>
                <w:rFonts w:ascii="Times New Roman" w:hAnsi="Times New Roman" w:cs="Times New Roman"/>
                <w:sz w:val="22"/>
              </w:rPr>
              <w:t xml:space="preserve">9.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ročník</w:t>
            </w:r>
            <w:proofErr w:type="spellEnd"/>
          </w:p>
        </w:tc>
        <w:tc>
          <w:tcPr>
            <w:tcW w:w="1843" w:type="dxa"/>
          </w:tcPr>
          <w:p w14:paraId="17472F6B" w14:textId="255775B1" w:rsidR="00814646" w:rsidRPr="00E41B5F" w:rsidRDefault="005F5DD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2x za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pololetí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bude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upřesněno</w:t>
            </w:r>
            <w:proofErr w:type="spellEnd"/>
          </w:p>
        </w:tc>
        <w:tc>
          <w:tcPr>
            <w:tcW w:w="1842" w:type="dxa"/>
          </w:tcPr>
          <w:p w14:paraId="20F2DBA3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E.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Janíková</w:t>
            </w:r>
            <w:proofErr w:type="spellEnd"/>
          </w:p>
        </w:tc>
      </w:tr>
      <w:tr w:rsidR="00814646" w:rsidRPr="00E41B5F" w14:paraId="7F626E18" w14:textId="77777777" w:rsidTr="00F76694">
        <w:trPr>
          <w:jc w:val="center"/>
        </w:trPr>
        <w:tc>
          <w:tcPr>
            <w:tcW w:w="5949" w:type="dxa"/>
          </w:tcPr>
          <w:p w14:paraId="0D10E4D3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Žákovský</w:t>
            </w:r>
            <w:proofErr w:type="spellEnd"/>
            <w:r w:rsidRPr="00E41B5F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parlament</w:t>
            </w:r>
            <w:proofErr w:type="spellEnd"/>
            <w:r w:rsidRPr="00E41B5F">
              <w:rPr>
                <w:rFonts w:ascii="Times New Roman" w:hAnsi="Times New Roman" w:cs="Times New Roman"/>
                <w:b/>
                <w:sz w:val="22"/>
              </w:rPr>
              <w:t xml:space="preserve"> – 1. </w:t>
            </w: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stupeň</w:t>
            </w:r>
            <w:proofErr w:type="spellEnd"/>
          </w:p>
          <w:p w14:paraId="5C273197" w14:textId="77777777" w:rsidR="00814646" w:rsidRPr="00E41B5F" w:rsidRDefault="00E41B5F">
            <w:pPr>
              <w:spacing w:before="4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Kroužek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je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zdarma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701" w:type="dxa"/>
          </w:tcPr>
          <w:p w14:paraId="66A65DDF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1.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stupeň</w:t>
            </w:r>
            <w:proofErr w:type="spellEnd"/>
          </w:p>
        </w:tc>
        <w:tc>
          <w:tcPr>
            <w:tcW w:w="1843" w:type="dxa"/>
          </w:tcPr>
          <w:p w14:paraId="176C230F" w14:textId="54876E4D" w:rsidR="00814646" w:rsidRPr="00E41B5F" w:rsidRDefault="00D76D9A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upřesníme</w:t>
            </w:r>
            <w:proofErr w:type="spellEnd"/>
          </w:p>
        </w:tc>
        <w:tc>
          <w:tcPr>
            <w:tcW w:w="1842" w:type="dxa"/>
          </w:tcPr>
          <w:p w14:paraId="2A89B145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K.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Horáková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D.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Poisel</w:t>
            </w:r>
            <w:proofErr w:type="spellEnd"/>
          </w:p>
        </w:tc>
      </w:tr>
      <w:tr w:rsidR="00814646" w:rsidRPr="00E41B5F" w14:paraId="04189AE3" w14:textId="77777777" w:rsidTr="00F76694">
        <w:trPr>
          <w:jc w:val="center"/>
        </w:trPr>
        <w:tc>
          <w:tcPr>
            <w:tcW w:w="5949" w:type="dxa"/>
          </w:tcPr>
          <w:p w14:paraId="7E267A3D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Žákovský</w:t>
            </w:r>
            <w:proofErr w:type="spellEnd"/>
            <w:r w:rsidRPr="00E41B5F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parlament</w:t>
            </w:r>
            <w:proofErr w:type="spellEnd"/>
            <w:r w:rsidRPr="00E41B5F">
              <w:rPr>
                <w:rFonts w:ascii="Times New Roman" w:hAnsi="Times New Roman" w:cs="Times New Roman"/>
                <w:b/>
                <w:sz w:val="22"/>
              </w:rPr>
              <w:t xml:space="preserve"> – 2. </w:t>
            </w:r>
            <w:proofErr w:type="spellStart"/>
            <w:r w:rsidRPr="00E41B5F">
              <w:rPr>
                <w:rFonts w:ascii="Times New Roman" w:hAnsi="Times New Roman" w:cs="Times New Roman"/>
                <w:b/>
                <w:sz w:val="22"/>
              </w:rPr>
              <w:t>stupeň</w:t>
            </w:r>
            <w:proofErr w:type="spellEnd"/>
          </w:p>
          <w:p w14:paraId="252C692D" w14:textId="77777777" w:rsidR="00814646" w:rsidRPr="00E41B5F" w:rsidRDefault="00E41B5F">
            <w:pPr>
              <w:spacing w:before="4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Kroužek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 je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zdarma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701" w:type="dxa"/>
          </w:tcPr>
          <w:p w14:paraId="33CBB64B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2.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stupeň</w:t>
            </w:r>
            <w:proofErr w:type="spellEnd"/>
          </w:p>
        </w:tc>
        <w:tc>
          <w:tcPr>
            <w:tcW w:w="1843" w:type="dxa"/>
          </w:tcPr>
          <w:p w14:paraId="291D3802" w14:textId="69B341CC" w:rsidR="00814646" w:rsidRPr="00E41B5F" w:rsidRDefault="00D76D9A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upřesníme</w:t>
            </w:r>
            <w:proofErr w:type="spellEnd"/>
          </w:p>
        </w:tc>
        <w:tc>
          <w:tcPr>
            <w:tcW w:w="1842" w:type="dxa"/>
          </w:tcPr>
          <w:p w14:paraId="60FA799E" w14:textId="77777777" w:rsidR="00814646" w:rsidRPr="00E41B5F" w:rsidRDefault="00E41B5F">
            <w:pPr>
              <w:rPr>
                <w:rFonts w:ascii="Times New Roman" w:hAnsi="Times New Roman" w:cs="Times New Roman"/>
                <w:sz w:val="22"/>
              </w:rPr>
            </w:pPr>
            <w:r w:rsidRPr="00E41B5F">
              <w:rPr>
                <w:rFonts w:ascii="Times New Roman" w:hAnsi="Times New Roman" w:cs="Times New Roman"/>
                <w:sz w:val="22"/>
              </w:rPr>
              <w:t xml:space="preserve">D.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Šimíková</w:t>
            </w:r>
            <w:proofErr w:type="spellEnd"/>
            <w:r w:rsidRPr="00E41B5F">
              <w:rPr>
                <w:rFonts w:ascii="Times New Roman" w:hAnsi="Times New Roman" w:cs="Times New Roman"/>
                <w:sz w:val="22"/>
              </w:rPr>
              <w:t xml:space="preserve">, D. </w:t>
            </w:r>
            <w:proofErr w:type="spellStart"/>
            <w:r w:rsidRPr="00E41B5F">
              <w:rPr>
                <w:rFonts w:ascii="Times New Roman" w:hAnsi="Times New Roman" w:cs="Times New Roman"/>
                <w:sz w:val="22"/>
              </w:rPr>
              <w:t>Mahdalů</w:t>
            </w:r>
            <w:proofErr w:type="spellEnd"/>
          </w:p>
        </w:tc>
      </w:tr>
    </w:tbl>
    <w:p w14:paraId="665BDD36" w14:textId="77777777" w:rsidR="001402F8" w:rsidRDefault="001402F8" w:rsidP="001402F8">
      <w:pPr>
        <w:spacing w:after="160" w:line="259" w:lineRule="auto"/>
        <w:jc w:val="both"/>
        <w:rPr>
          <w:rFonts w:ascii="Calibri" w:eastAsia="Times New Roman" w:hAnsi="Calibri" w:cs="Calibri"/>
          <w:b/>
          <w:sz w:val="20"/>
          <w:szCs w:val="20"/>
          <w:lang w:val="cs-CZ" w:eastAsia="ar-SA"/>
        </w:rPr>
      </w:pPr>
    </w:p>
    <w:p w14:paraId="07614E44" w14:textId="58E9EEFA" w:rsidR="001402F8" w:rsidRPr="00D76D9A" w:rsidRDefault="001402F8" w:rsidP="001402F8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cs-CZ" w:eastAsia="ar-SA"/>
        </w:rPr>
      </w:pPr>
      <w:r w:rsidRPr="00D76D9A">
        <w:rPr>
          <w:rFonts w:ascii="Times New Roman" w:eastAsia="Times New Roman" w:hAnsi="Times New Roman" w:cs="Times New Roman"/>
          <w:b/>
          <w:sz w:val="20"/>
          <w:szCs w:val="20"/>
          <w:lang w:val="cs-CZ" w:eastAsia="ar-SA"/>
        </w:rPr>
        <w:t>Za kroužek vybíráme 1200 Kč. Deskové hry, čtenářský klub a turistický kroužek jsou zdarma.  V ceně je garantováno uskutečnění minimálně 20 lekcí jednoho kroužku</w:t>
      </w:r>
      <w:r w:rsidR="00FB4CC4" w:rsidRPr="00D76D9A">
        <w:rPr>
          <w:rFonts w:ascii="Times New Roman" w:eastAsia="Times New Roman" w:hAnsi="Times New Roman" w:cs="Times New Roman"/>
          <w:b/>
          <w:sz w:val="20"/>
          <w:szCs w:val="20"/>
          <w:lang w:val="cs-CZ" w:eastAsia="ar-SA"/>
        </w:rPr>
        <w:t xml:space="preserve"> (1 lekce – 60 minut)</w:t>
      </w:r>
      <w:r w:rsidRPr="00D76D9A">
        <w:rPr>
          <w:rFonts w:ascii="Times New Roman" w:eastAsia="Times New Roman" w:hAnsi="Times New Roman" w:cs="Times New Roman"/>
          <w:b/>
          <w:sz w:val="20"/>
          <w:szCs w:val="20"/>
          <w:lang w:val="cs-CZ" w:eastAsia="ar-SA"/>
        </w:rPr>
        <w:t>. Kroužky budou otevřeny při minimálním přihlášení 12 žáků do skupiny a zahájí činnost od pondělí 29. září 2026 (kromě turistického) a budou ukončeny 31. 5. 2027. Přihlášky si děti vyzvednou u vedoucího kroužku ve středu 9. září 2026 od 9:40 hodin (o velké přestávce) v přízemí ve spojovací chodbě. Žáci 1. ročníků se můžou obrátit na své třídní učitelky. Přihlášku si nelze vytisknout nebo okopírovat, dostanete ji pouze u vedoucího kroužku. Vyplněnou a podepsanou přihlášku děti odevzdávají zpět vedoucímu kroužku (třídní učitelce)</w:t>
      </w:r>
      <w:r w:rsidR="00FB4CC4" w:rsidRPr="00D76D9A">
        <w:rPr>
          <w:rFonts w:ascii="Times New Roman" w:eastAsia="Times New Roman" w:hAnsi="Times New Roman" w:cs="Times New Roman"/>
          <w:b/>
          <w:sz w:val="20"/>
          <w:szCs w:val="20"/>
          <w:lang w:val="cs-CZ" w:eastAsia="ar-SA"/>
        </w:rPr>
        <w:t xml:space="preserve"> do pátku 11. 9. 2026.</w:t>
      </w:r>
      <w:r w:rsidRPr="00D76D9A">
        <w:rPr>
          <w:rFonts w:ascii="Times New Roman" w:eastAsia="Times New Roman" w:hAnsi="Times New Roman" w:cs="Times New Roman"/>
          <w:b/>
          <w:sz w:val="20"/>
          <w:szCs w:val="20"/>
          <w:lang w:val="cs-CZ" w:eastAsia="ar-SA"/>
        </w:rPr>
        <w:t xml:space="preserve"> Částku 1200 Kč je nutné uhradit do </w:t>
      </w:r>
      <w:r w:rsidRPr="00D76D9A">
        <w:rPr>
          <w:rFonts w:ascii="Times New Roman" w:eastAsia="Times New Roman" w:hAnsi="Times New Roman" w:cs="Times New Roman"/>
          <w:b/>
          <w:sz w:val="20"/>
          <w:szCs w:val="20"/>
          <w:u w:val="single"/>
          <w:lang w:val="cs-CZ" w:eastAsia="ar-SA"/>
        </w:rPr>
        <w:t>30. září 2026 přes školní pokladnu.</w:t>
      </w:r>
      <w:r w:rsidRPr="00D76D9A">
        <w:rPr>
          <w:rFonts w:ascii="Times New Roman" w:eastAsia="Times New Roman" w:hAnsi="Times New Roman" w:cs="Times New Roman"/>
          <w:b/>
          <w:sz w:val="20"/>
          <w:szCs w:val="20"/>
          <w:lang w:val="cs-CZ" w:eastAsia="ar-SA"/>
        </w:rPr>
        <w:t xml:space="preserve"> Pokud nebude částka uhrazena ke stanovenému datu, nebude žák do kroužku přijat. V případě, že budete chtít dítě z kroužku odhlásit, je nutné vyplnit písemnou odhlášku. Pokud dítě odhlásíte z kroužku do 3</w:t>
      </w:r>
      <w:r w:rsidR="00FB4CC4" w:rsidRPr="00D76D9A">
        <w:rPr>
          <w:rFonts w:ascii="Times New Roman" w:eastAsia="Times New Roman" w:hAnsi="Times New Roman" w:cs="Times New Roman"/>
          <w:b/>
          <w:sz w:val="20"/>
          <w:szCs w:val="20"/>
          <w:lang w:val="cs-CZ" w:eastAsia="ar-SA"/>
        </w:rPr>
        <w:t>1</w:t>
      </w:r>
      <w:r w:rsidRPr="00D76D9A">
        <w:rPr>
          <w:rFonts w:ascii="Times New Roman" w:eastAsia="Times New Roman" w:hAnsi="Times New Roman" w:cs="Times New Roman"/>
          <w:b/>
          <w:sz w:val="20"/>
          <w:szCs w:val="20"/>
          <w:lang w:val="cs-CZ" w:eastAsia="ar-SA"/>
        </w:rPr>
        <w:t>. 1. 202</w:t>
      </w:r>
      <w:r w:rsidR="00FB4CC4" w:rsidRPr="00D76D9A">
        <w:rPr>
          <w:rFonts w:ascii="Times New Roman" w:eastAsia="Times New Roman" w:hAnsi="Times New Roman" w:cs="Times New Roman"/>
          <w:b/>
          <w:sz w:val="20"/>
          <w:szCs w:val="20"/>
          <w:lang w:val="cs-CZ" w:eastAsia="ar-SA"/>
        </w:rPr>
        <w:t>7</w:t>
      </w:r>
      <w:r w:rsidRPr="00D76D9A">
        <w:rPr>
          <w:rFonts w:ascii="Times New Roman" w:eastAsia="Times New Roman" w:hAnsi="Times New Roman" w:cs="Times New Roman"/>
          <w:b/>
          <w:sz w:val="20"/>
          <w:szCs w:val="20"/>
          <w:lang w:val="cs-CZ" w:eastAsia="ar-SA"/>
        </w:rPr>
        <w:t>, bude Vám vrácena částka za 2. pololetí. V případě odhlášení dítěte v průběhu 2. pololetí se částka nevrací.</w:t>
      </w:r>
    </w:p>
    <w:p w14:paraId="3B042A85" w14:textId="77777777" w:rsidR="001402F8" w:rsidRPr="00D76D9A" w:rsidRDefault="001402F8" w:rsidP="001402F8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cs-CZ" w:eastAsia="ar-SA"/>
        </w:rPr>
      </w:pPr>
      <w:r w:rsidRPr="00D76D9A">
        <w:rPr>
          <w:rFonts w:ascii="Times New Roman" w:eastAsia="Times New Roman" w:hAnsi="Times New Roman" w:cs="Times New Roman"/>
          <w:b/>
          <w:sz w:val="20"/>
          <w:szCs w:val="20"/>
          <w:lang w:val="cs-CZ" w:eastAsia="ar-SA"/>
        </w:rPr>
        <w:t>Pokud se žák přihlásí do více kroužků, bude platit pouze za jeden kroužek 1200 Kč. V případě, že bude žák přihlášen do více kroužků a z jednoho kroužku se od 2. pololetí odhlásí, částka za 2. pololetí se nevrací.</w:t>
      </w:r>
    </w:p>
    <w:p w14:paraId="29E0036A" w14:textId="77777777" w:rsidR="001402F8" w:rsidRPr="00D76D9A" w:rsidRDefault="001402F8" w:rsidP="001402F8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cs-CZ" w:eastAsia="ar-SA"/>
        </w:rPr>
      </w:pPr>
      <w:r w:rsidRPr="00D76D9A">
        <w:rPr>
          <w:rFonts w:ascii="Times New Roman" w:eastAsia="Times New Roman" w:hAnsi="Times New Roman" w:cs="Times New Roman"/>
          <w:b/>
          <w:sz w:val="20"/>
          <w:szCs w:val="20"/>
          <w:lang w:val="cs-CZ" w:eastAsia="ar-SA"/>
        </w:rPr>
        <w:t>Žáci, kteří jsou přihlášení do školní družiny, neplatí za žádný kroužek.</w:t>
      </w:r>
    </w:p>
    <w:p w14:paraId="3552D41F" w14:textId="74DB1DEA" w:rsidR="001402F8" w:rsidRPr="00D76D9A" w:rsidRDefault="001402F8" w:rsidP="001402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cs-CZ" w:eastAsia="ar-SA"/>
        </w:rPr>
      </w:pPr>
      <w:r w:rsidRPr="00D76D9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cs-CZ" w:eastAsia="ar-SA"/>
        </w:rPr>
        <w:t>Externí kroužky, veškeré informace najdete na uvedených odkazech viz níže</w:t>
      </w:r>
      <w:r w:rsidRPr="00D76D9A">
        <w:rPr>
          <w:rFonts w:ascii="Times New Roman" w:eastAsia="Times New Roman" w:hAnsi="Times New Roman" w:cs="Times New Roman"/>
          <w:b/>
          <w:bCs/>
          <w:sz w:val="20"/>
          <w:szCs w:val="20"/>
          <w:lang w:val="cs-CZ" w:eastAsia="ar-SA"/>
        </w:rPr>
        <w:t>.</w:t>
      </w:r>
    </w:p>
    <w:p w14:paraId="151784A2" w14:textId="77777777" w:rsidR="00FC09EC" w:rsidRPr="00D76D9A" w:rsidRDefault="00FC09EC" w:rsidP="001402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cs-CZ" w:eastAsia="ar-SA"/>
        </w:rPr>
      </w:pPr>
    </w:p>
    <w:p w14:paraId="17B50C37" w14:textId="4AEF373E" w:rsidR="00FB4CC4" w:rsidRPr="00D76D9A" w:rsidRDefault="004132CE" w:rsidP="001402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cs-CZ" w:eastAsia="ar-SA"/>
        </w:rPr>
      </w:pPr>
      <w:r w:rsidRPr="00D76D9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cs-CZ" w:eastAsia="ar-SA"/>
        </w:rPr>
        <w:t xml:space="preserve">KROUŽEK </w:t>
      </w:r>
      <w:r w:rsidR="001402F8" w:rsidRPr="00D76D9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cs-CZ" w:eastAsia="ar-SA"/>
        </w:rPr>
        <w:t>VĚDECKÝCH POKUSŮ</w:t>
      </w:r>
      <w:r w:rsidR="001402F8" w:rsidRPr="00D76D9A">
        <w:rPr>
          <w:rFonts w:ascii="Times New Roman" w:eastAsia="Times New Roman" w:hAnsi="Times New Roman" w:cs="Times New Roman"/>
          <w:b/>
          <w:bCs/>
          <w:sz w:val="20"/>
          <w:szCs w:val="20"/>
          <w:lang w:val="cs-CZ" w:eastAsia="ar-SA"/>
        </w:rPr>
        <w:t xml:space="preserve">, </w:t>
      </w:r>
      <w:r w:rsidR="001402F8" w:rsidRPr="00D76D9A">
        <w:rPr>
          <w:rFonts w:ascii="Times New Roman" w:eastAsia="Times New Roman" w:hAnsi="Times New Roman" w:cs="Times New Roman"/>
          <w:sz w:val="20"/>
          <w:szCs w:val="20"/>
          <w:lang w:val="cs-CZ" w:eastAsia="ar-SA"/>
        </w:rPr>
        <w:t>který děti baví a zároveň chytře vzdělává, podporuje přirozenou zvídavost a touhu po bádání. Přibližuje dětem vědu hravou formou a je plný zábavných pokusů z chemie, biologie a fyziky. Je určen pro děti z 1.stupně ZŠ</w:t>
      </w:r>
      <w:r w:rsidR="00FC09EC" w:rsidRPr="00D76D9A">
        <w:rPr>
          <w:rFonts w:ascii="Times New Roman" w:eastAsia="Times New Roman" w:hAnsi="Times New Roman" w:cs="Times New Roman"/>
          <w:sz w:val="20"/>
          <w:szCs w:val="20"/>
          <w:lang w:val="cs-CZ" w:eastAsia="ar-SA"/>
        </w:rPr>
        <w:t xml:space="preserve"> a </w:t>
      </w:r>
      <w:r w:rsidR="00FC09EC" w:rsidRPr="00D76D9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cs-CZ" w:eastAsia="ar-SA"/>
        </w:rPr>
        <w:t xml:space="preserve">bude probíhat </w:t>
      </w:r>
      <w:r w:rsidR="001402F8" w:rsidRPr="00D76D9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cs-CZ" w:eastAsia="ar-SA"/>
        </w:rPr>
        <w:t>1x týdně</w:t>
      </w:r>
      <w:r w:rsidR="00FC09EC" w:rsidRPr="00D76D9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cs-CZ" w:eastAsia="ar-SA"/>
        </w:rPr>
        <w:t xml:space="preserve"> </w:t>
      </w:r>
      <w:r w:rsidR="00FB4CC4" w:rsidRPr="00D76D9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cs-CZ" w:eastAsia="ar-SA"/>
        </w:rPr>
        <w:t>v</w:t>
      </w:r>
      <w:r w:rsidR="00FC09EC" w:rsidRPr="00D76D9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cs-CZ" w:eastAsia="ar-SA"/>
        </w:rPr>
        <w:t xml:space="preserve"> úterý od 14 do 15 hodin</w:t>
      </w:r>
      <w:r w:rsidR="001402F8" w:rsidRPr="00D76D9A">
        <w:rPr>
          <w:rFonts w:ascii="Times New Roman" w:eastAsia="Times New Roman" w:hAnsi="Times New Roman" w:cs="Times New Roman"/>
          <w:b/>
          <w:bCs/>
          <w:sz w:val="20"/>
          <w:szCs w:val="20"/>
          <w:lang w:val="cs-CZ" w:eastAsia="ar-SA"/>
        </w:rPr>
        <w:t xml:space="preserve">, </w:t>
      </w:r>
      <w:r w:rsidR="001402F8" w:rsidRPr="00D76D9A">
        <w:rPr>
          <w:rFonts w:ascii="Times New Roman" w:eastAsia="Times New Roman" w:hAnsi="Times New Roman" w:cs="Times New Roman"/>
          <w:sz w:val="20"/>
          <w:szCs w:val="20"/>
          <w:lang w:val="cs-CZ" w:eastAsia="ar-SA"/>
        </w:rPr>
        <w:t>14 lekcí za pololetí.</w:t>
      </w:r>
      <w:r w:rsidR="00FB4CC4" w:rsidRPr="00D76D9A">
        <w:rPr>
          <w:rFonts w:ascii="Times New Roman" w:eastAsia="Times New Roman" w:hAnsi="Times New Roman" w:cs="Times New Roman"/>
          <w:sz w:val="20"/>
          <w:szCs w:val="20"/>
          <w:lang w:val="cs-CZ" w:eastAsia="ar-SA"/>
        </w:rPr>
        <w:t xml:space="preserve"> </w:t>
      </w:r>
    </w:p>
    <w:p w14:paraId="44773675" w14:textId="70DE3570" w:rsidR="001402F8" w:rsidRPr="00D76D9A" w:rsidRDefault="00FB4CC4" w:rsidP="001402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cs-CZ" w:eastAsia="ar-SA"/>
        </w:rPr>
      </w:pPr>
      <w:r w:rsidRPr="00D76D9A">
        <w:rPr>
          <w:rFonts w:ascii="Times New Roman" w:eastAsia="Times New Roman" w:hAnsi="Times New Roman" w:cs="Times New Roman"/>
          <w:sz w:val="20"/>
          <w:szCs w:val="20"/>
          <w:lang w:val="cs-CZ" w:eastAsia="ar-SA"/>
        </w:rPr>
        <w:t>Cena je 1 490 Kč.</w:t>
      </w:r>
    </w:p>
    <w:p w14:paraId="5097257E" w14:textId="77777777" w:rsidR="00FB4CC4" w:rsidRPr="00D76D9A" w:rsidRDefault="001402F8" w:rsidP="001402F8">
      <w:pPr>
        <w:spacing w:before="100" w:after="100" w:line="240" w:lineRule="auto"/>
        <w:rPr>
          <w:rFonts w:ascii="Times New Roman" w:eastAsia="Times New Roman" w:hAnsi="Times New Roman" w:cs="Times New Roman"/>
          <w:sz w:val="20"/>
          <w:szCs w:val="20"/>
          <w:lang w:val="cs-CZ" w:eastAsia="ar-SA"/>
        </w:rPr>
      </w:pPr>
      <w:r w:rsidRPr="00D76D9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cs-CZ" w:eastAsia="ar-SA"/>
        </w:rPr>
        <w:t>KROUŽEK VESELÉ KOSTIČKY</w:t>
      </w:r>
      <w:r w:rsidRPr="00D76D9A">
        <w:rPr>
          <w:rFonts w:ascii="Times New Roman" w:eastAsia="Times New Roman" w:hAnsi="Times New Roman" w:cs="Times New Roman"/>
          <w:b/>
          <w:bCs/>
          <w:sz w:val="20"/>
          <w:szCs w:val="20"/>
          <w:lang w:val="cs-CZ" w:eastAsia="ar-SA"/>
        </w:rPr>
        <w:t>: </w:t>
      </w:r>
      <w:r w:rsidRPr="00D76D9A">
        <w:rPr>
          <w:rFonts w:ascii="Times New Roman" w:eastAsia="Times New Roman" w:hAnsi="Times New Roman" w:cs="Times New Roman"/>
          <w:sz w:val="20"/>
          <w:szCs w:val="20"/>
          <w:lang w:val="cs-CZ" w:eastAsia="ar-SA"/>
        </w:rPr>
        <w:t>Spolu postavíme a rozhýbeme LEGO modely strojů, aut, zvířat i dinosaurů. Děti si na našich lekcích zlepšují jemnou motoriku a prohlubují technické poznatky o fungování převodů, pohonu, rychlosti a konstrukce. V každé lekci mají možnost probudit svou kreativitu, prohloubit schopnosti týmové spolupráce a rozpohybovat si sestavený projekt, vylepšit ho a pochopit fyzikální jevy. Určeno pro žáky z 1. stupně ZŠ</w:t>
      </w:r>
      <w:r w:rsidR="00FB4CC4" w:rsidRPr="00D76D9A">
        <w:rPr>
          <w:rFonts w:ascii="Times New Roman" w:eastAsia="Times New Roman" w:hAnsi="Times New Roman" w:cs="Times New Roman"/>
          <w:sz w:val="20"/>
          <w:szCs w:val="20"/>
          <w:lang w:val="cs-CZ" w:eastAsia="ar-SA"/>
        </w:rPr>
        <w:t xml:space="preserve"> a</w:t>
      </w:r>
      <w:r w:rsidRPr="00D76D9A">
        <w:rPr>
          <w:rFonts w:ascii="Times New Roman" w:eastAsia="Times New Roman" w:hAnsi="Times New Roman" w:cs="Times New Roman"/>
          <w:sz w:val="20"/>
          <w:szCs w:val="20"/>
          <w:lang w:val="cs-CZ" w:eastAsia="ar-SA"/>
        </w:rPr>
        <w:t xml:space="preserve"> </w:t>
      </w:r>
      <w:r w:rsidR="00FB4CC4" w:rsidRPr="00D76D9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cs-CZ" w:eastAsia="ar-SA"/>
        </w:rPr>
        <w:t>b</w:t>
      </w:r>
      <w:r w:rsidR="00FC09EC" w:rsidRPr="00D76D9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cs-CZ" w:eastAsia="ar-SA"/>
        </w:rPr>
        <w:t xml:space="preserve">ude probíhat </w:t>
      </w:r>
      <w:r w:rsidRPr="00D76D9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cs-CZ" w:eastAsia="ar-SA"/>
        </w:rPr>
        <w:t>1x týdně</w:t>
      </w:r>
      <w:r w:rsidR="00FB4CC4" w:rsidRPr="00D76D9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cs-CZ" w:eastAsia="ar-SA"/>
        </w:rPr>
        <w:t xml:space="preserve"> v pátek od 14 do 15 hodin</w:t>
      </w:r>
      <w:r w:rsidRPr="00D76D9A">
        <w:rPr>
          <w:rFonts w:ascii="Times New Roman" w:eastAsia="Times New Roman" w:hAnsi="Times New Roman" w:cs="Times New Roman"/>
          <w:b/>
          <w:bCs/>
          <w:sz w:val="20"/>
          <w:szCs w:val="20"/>
          <w:lang w:val="cs-CZ" w:eastAsia="ar-SA"/>
        </w:rPr>
        <w:t xml:space="preserve">, </w:t>
      </w:r>
      <w:r w:rsidRPr="00D76D9A">
        <w:rPr>
          <w:rFonts w:ascii="Times New Roman" w:eastAsia="Times New Roman" w:hAnsi="Times New Roman" w:cs="Times New Roman"/>
          <w:sz w:val="20"/>
          <w:szCs w:val="20"/>
          <w:lang w:val="cs-CZ" w:eastAsia="ar-SA"/>
        </w:rPr>
        <w:t>14 lekcí za pololetí.</w:t>
      </w:r>
    </w:p>
    <w:p w14:paraId="2D0730ED" w14:textId="63871756" w:rsidR="00FB4CC4" w:rsidRPr="00D76D9A" w:rsidRDefault="00FB4CC4" w:rsidP="001402F8">
      <w:pPr>
        <w:spacing w:before="100" w:after="100" w:line="240" w:lineRule="auto"/>
        <w:rPr>
          <w:rFonts w:ascii="Times New Roman" w:eastAsia="Times New Roman" w:hAnsi="Times New Roman" w:cs="Times New Roman"/>
          <w:sz w:val="20"/>
          <w:szCs w:val="20"/>
          <w:lang w:val="cs-CZ" w:eastAsia="ar-SA"/>
        </w:rPr>
      </w:pPr>
      <w:r w:rsidRPr="00D76D9A">
        <w:rPr>
          <w:rFonts w:ascii="Times New Roman" w:eastAsia="Times New Roman" w:hAnsi="Times New Roman" w:cs="Times New Roman"/>
          <w:sz w:val="20"/>
          <w:szCs w:val="20"/>
          <w:lang w:val="cs-CZ" w:eastAsia="ar-SA"/>
        </w:rPr>
        <w:t>Cena je 1 790 Kč.</w:t>
      </w:r>
    </w:p>
    <w:p w14:paraId="1BC21DC7" w14:textId="77777777" w:rsidR="001402F8" w:rsidRPr="00D76D9A" w:rsidRDefault="001402F8" w:rsidP="001402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cs-CZ" w:eastAsia="ar-SA"/>
        </w:rPr>
      </w:pPr>
      <w:r w:rsidRPr="00D76D9A">
        <w:rPr>
          <w:rFonts w:ascii="Times New Roman" w:eastAsia="Times New Roman" w:hAnsi="Times New Roman" w:cs="Times New Roman"/>
          <w:b/>
          <w:bCs/>
          <w:sz w:val="20"/>
          <w:szCs w:val="20"/>
          <w:lang w:val="cs-CZ" w:eastAsia="ar-SA"/>
        </w:rPr>
        <w:t>Přihlášky a více informací na:</w:t>
      </w:r>
      <w:hyperlink r:id="rId6" w:tgtFrame="_blank" w:tooltip="http://www.veselaveda.cz/" w:history="1">
        <w:r w:rsidRPr="00D76D9A">
          <w:rPr>
            <w:rFonts w:ascii="Times New Roman" w:eastAsia="Times New Roman" w:hAnsi="Times New Roman" w:cs="Times New Roman"/>
            <w:b/>
            <w:bCs/>
            <w:color w:val="0563C1"/>
            <w:sz w:val="20"/>
            <w:szCs w:val="20"/>
            <w:u w:val="single"/>
            <w:lang w:val="cs-CZ" w:eastAsia="ar-SA"/>
          </w:rPr>
          <w:t> www.veselaveda.cz</w:t>
        </w:r>
      </w:hyperlink>
    </w:p>
    <w:p w14:paraId="00FD276D" w14:textId="77777777" w:rsidR="001402F8" w:rsidRPr="00D76D9A" w:rsidRDefault="001402F8" w:rsidP="001402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cs-CZ" w:eastAsia="ar-SA"/>
        </w:rPr>
      </w:pPr>
    </w:p>
    <w:p w14:paraId="0ADE22B2" w14:textId="77777777" w:rsidR="001402F8" w:rsidRPr="00D76D9A" w:rsidRDefault="001402F8" w:rsidP="001402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cs-CZ" w:eastAsia="ar-SA"/>
        </w:rPr>
      </w:pPr>
      <w:r w:rsidRPr="00D76D9A">
        <w:rPr>
          <w:rFonts w:ascii="Times New Roman" w:eastAsia="Times New Roman" w:hAnsi="Times New Roman" w:cs="Times New Roman"/>
          <w:b/>
          <w:bCs/>
          <w:sz w:val="20"/>
          <w:szCs w:val="20"/>
          <w:lang w:val="cs-CZ" w:eastAsia="ar-SA"/>
        </w:rPr>
        <w:t xml:space="preserve">Cambridge  - Angličtina – nabídka přípravných kurzů ke zkouškám Cambridge A2 </w:t>
      </w:r>
      <w:proofErr w:type="spellStart"/>
      <w:r w:rsidRPr="00D76D9A">
        <w:rPr>
          <w:rFonts w:ascii="Times New Roman" w:eastAsia="Times New Roman" w:hAnsi="Times New Roman" w:cs="Times New Roman"/>
          <w:b/>
          <w:bCs/>
          <w:sz w:val="20"/>
          <w:szCs w:val="20"/>
          <w:lang w:val="cs-CZ" w:eastAsia="ar-SA"/>
        </w:rPr>
        <w:t>key</w:t>
      </w:r>
      <w:proofErr w:type="spellEnd"/>
      <w:r w:rsidRPr="00D76D9A">
        <w:rPr>
          <w:rFonts w:ascii="Times New Roman" w:eastAsia="Times New Roman" w:hAnsi="Times New Roman" w:cs="Times New Roman"/>
          <w:b/>
          <w:bCs/>
          <w:sz w:val="20"/>
          <w:szCs w:val="20"/>
          <w:lang w:val="cs-CZ" w:eastAsia="ar-SA"/>
        </w:rPr>
        <w:t xml:space="preserve">, B1 </w:t>
      </w:r>
      <w:proofErr w:type="spellStart"/>
      <w:r w:rsidRPr="00D76D9A">
        <w:rPr>
          <w:rFonts w:ascii="Times New Roman" w:eastAsia="Times New Roman" w:hAnsi="Times New Roman" w:cs="Times New Roman"/>
          <w:b/>
          <w:bCs/>
          <w:sz w:val="20"/>
          <w:szCs w:val="20"/>
          <w:lang w:val="cs-CZ" w:eastAsia="ar-SA"/>
        </w:rPr>
        <w:t>Preliminary</w:t>
      </w:r>
      <w:proofErr w:type="spellEnd"/>
      <w:r w:rsidRPr="00D76D9A">
        <w:rPr>
          <w:rFonts w:ascii="Times New Roman" w:eastAsia="Times New Roman" w:hAnsi="Times New Roman" w:cs="Times New Roman"/>
          <w:b/>
          <w:bCs/>
          <w:sz w:val="20"/>
          <w:szCs w:val="20"/>
          <w:lang w:val="cs-CZ" w:eastAsia="ar-SA"/>
        </w:rPr>
        <w:t>.</w:t>
      </w:r>
    </w:p>
    <w:p w14:paraId="06E5AC95" w14:textId="685416A9" w:rsidR="001402F8" w:rsidRPr="00D76D9A" w:rsidRDefault="001402F8" w:rsidP="001402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cs-CZ" w:eastAsia="ar-SA"/>
        </w:rPr>
      </w:pPr>
      <w:r w:rsidRPr="00D76D9A">
        <w:rPr>
          <w:rFonts w:ascii="Times New Roman" w:eastAsia="Times New Roman" w:hAnsi="Times New Roman" w:cs="Times New Roman"/>
          <w:sz w:val="20"/>
          <w:szCs w:val="20"/>
          <w:lang w:val="cs-CZ" w:eastAsia="ar-SA"/>
        </w:rPr>
        <w:t>Další informace a informace o platbě budou zákonným zástupcům zaslány do e-mailových schránek. Cena 4 500 Kč</w:t>
      </w:r>
      <w:r w:rsidR="006A6894" w:rsidRPr="00D76D9A">
        <w:rPr>
          <w:rFonts w:ascii="Times New Roman" w:eastAsia="Times New Roman" w:hAnsi="Times New Roman" w:cs="Times New Roman"/>
          <w:sz w:val="20"/>
          <w:szCs w:val="20"/>
          <w:lang w:val="cs-CZ" w:eastAsia="ar-SA"/>
        </w:rPr>
        <w:t xml:space="preserve"> – září – květen, 1x týdně 90 minut.</w:t>
      </w:r>
    </w:p>
    <w:p w14:paraId="341A8BA9" w14:textId="77777777" w:rsidR="001402F8" w:rsidRPr="00D76D9A" w:rsidRDefault="001402F8" w:rsidP="001402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cs-CZ" w:eastAsia="ar-SA"/>
        </w:rPr>
      </w:pPr>
      <w:r w:rsidRPr="00D76D9A">
        <w:rPr>
          <w:rFonts w:ascii="Times New Roman" w:eastAsia="Times New Roman" w:hAnsi="Times New Roman" w:cs="Times New Roman"/>
          <w:b/>
          <w:bCs/>
          <w:sz w:val="20"/>
          <w:szCs w:val="20"/>
          <w:lang w:val="cs-CZ" w:eastAsia="ar-SA"/>
        </w:rPr>
        <w:t xml:space="preserve">Kontakt: anglictina-uh@seznam.cz, tel. 777 563 563. </w:t>
      </w:r>
    </w:p>
    <w:p w14:paraId="3EFAACF0" w14:textId="445D345C" w:rsidR="00814646" w:rsidRPr="00D76D9A" w:rsidRDefault="00814646">
      <w:pPr>
        <w:spacing w:before="80"/>
        <w:rPr>
          <w:rFonts w:ascii="Times New Roman" w:hAnsi="Times New Roman" w:cs="Times New Roman"/>
          <w:sz w:val="20"/>
          <w:szCs w:val="20"/>
        </w:rPr>
      </w:pPr>
    </w:p>
    <w:sectPr w:rsidR="00814646" w:rsidRPr="00D76D9A" w:rsidSect="001402F8">
      <w:pgSz w:w="11906" w:h="16838"/>
      <w:pgMar w:top="284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8E53B6"/>
    <w:multiLevelType w:val="hybridMultilevel"/>
    <w:tmpl w:val="ABB83E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450D9F"/>
    <w:multiLevelType w:val="hybridMultilevel"/>
    <w:tmpl w:val="61B24C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25DF6"/>
    <w:multiLevelType w:val="hybridMultilevel"/>
    <w:tmpl w:val="FC6A1EE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45427F"/>
    <w:multiLevelType w:val="hybridMultilevel"/>
    <w:tmpl w:val="88CA2CCC"/>
    <w:lvl w:ilvl="0" w:tplc="CDCA6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9D46B6"/>
    <w:multiLevelType w:val="hybridMultilevel"/>
    <w:tmpl w:val="82127B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7697"/>
    <w:rsid w:val="001402F8"/>
    <w:rsid w:val="0015074B"/>
    <w:rsid w:val="001743EB"/>
    <w:rsid w:val="002050E6"/>
    <w:rsid w:val="00270965"/>
    <w:rsid w:val="0029639D"/>
    <w:rsid w:val="00326F90"/>
    <w:rsid w:val="00362F38"/>
    <w:rsid w:val="004132CE"/>
    <w:rsid w:val="005F5DD8"/>
    <w:rsid w:val="0066241A"/>
    <w:rsid w:val="006A6894"/>
    <w:rsid w:val="006E1F07"/>
    <w:rsid w:val="00814646"/>
    <w:rsid w:val="00A742FC"/>
    <w:rsid w:val="00AA1D8D"/>
    <w:rsid w:val="00AC52C8"/>
    <w:rsid w:val="00B47730"/>
    <w:rsid w:val="00B85FE0"/>
    <w:rsid w:val="00BF42BB"/>
    <w:rsid w:val="00CB0664"/>
    <w:rsid w:val="00D00062"/>
    <w:rsid w:val="00D6433E"/>
    <w:rsid w:val="00D76D9A"/>
    <w:rsid w:val="00E41B5F"/>
    <w:rsid w:val="00EC46F4"/>
    <w:rsid w:val="00F76694"/>
    <w:rsid w:val="00F94A72"/>
    <w:rsid w:val="00FB4CC4"/>
    <w:rsid w:val="00FC09E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EA73BA"/>
  <w14:defaultImageDpi w14:val="300"/>
  <w15:docId w15:val="{F7B3FA71-2E29-4F26-A4D2-AAB1B0C2D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ptos" w:hAnsi="Aptos"/>
      <w:sz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0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eselaveda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1</Pages>
  <Words>1126</Words>
  <Characters>6648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Světlana Habartová</cp:lastModifiedBy>
  <cp:revision>15</cp:revision>
  <cp:lastPrinted>2026-09-03T07:22:00Z</cp:lastPrinted>
  <dcterms:created xsi:type="dcterms:W3CDTF">2026-09-01T12:45:00Z</dcterms:created>
  <dcterms:modified xsi:type="dcterms:W3CDTF">2026-09-03T19:02:00Z</dcterms:modified>
  <cp:category/>
</cp:coreProperties>
</file>